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434CF" w14:textId="2EDD22B1" w:rsidR="00B76DC0" w:rsidRPr="00563D79" w:rsidRDefault="00093838" w:rsidP="00D50675">
      <w:pPr>
        <w:pStyle w:val="Heading1"/>
        <w:spacing w:before="0" w:line="240" w:lineRule="auto"/>
        <w:jc w:val="center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Formulario de Solicitud de Acceso a la Información</w:t>
      </w:r>
      <w:r w:rsidR="00FC6263" w:rsidRPr="00563D79">
        <w:rPr>
          <w:rFonts w:ascii="Arial" w:hAnsi="Arial" w:cs="Arial"/>
          <w:color w:val="000000" w:themeColor="text1"/>
        </w:rPr>
        <w:t xml:space="preserve"> Pública (SAIP)</w:t>
      </w:r>
    </w:p>
    <w:p w14:paraId="443A8F6A" w14:textId="7488B172" w:rsidR="00E36C41" w:rsidRPr="00563D79" w:rsidRDefault="00093838" w:rsidP="00D50675">
      <w:pPr>
        <w:spacing w:after="0" w:line="240" w:lineRule="auto"/>
        <w:jc w:val="center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 xml:space="preserve">Por favor, complete la siguiente información antes de </w:t>
      </w:r>
      <w:r w:rsidR="00E36C41" w:rsidRPr="00563D79">
        <w:rPr>
          <w:rFonts w:ascii="Arial" w:hAnsi="Arial" w:cs="Arial"/>
          <w:color w:val="000000" w:themeColor="text1"/>
        </w:rPr>
        <w:t>entregar</w:t>
      </w:r>
    </w:p>
    <w:p w14:paraId="159CA16A" w14:textId="77777777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br/>
      </w:r>
    </w:p>
    <w:p w14:paraId="34E9130F" w14:textId="48778CDE" w:rsidR="00B76DC0" w:rsidRPr="00563D79" w:rsidRDefault="00093838" w:rsidP="00E36C41">
      <w:pPr>
        <w:pStyle w:val="Heading2"/>
        <w:spacing w:before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 xml:space="preserve">Datos de la </w:t>
      </w:r>
      <w:r w:rsidR="00CA61C1" w:rsidRPr="00563D79">
        <w:rPr>
          <w:rFonts w:ascii="Arial" w:hAnsi="Arial" w:cs="Arial"/>
          <w:color w:val="000000" w:themeColor="text1"/>
        </w:rPr>
        <w:t>e</w:t>
      </w:r>
      <w:r w:rsidRPr="00563D79">
        <w:rPr>
          <w:rFonts w:ascii="Arial" w:hAnsi="Arial" w:cs="Arial"/>
          <w:color w:val="000000" w:themeColor="text1"/>
        </w:rPr>
        <w:t>ntidad</w:t>
      </w:r>
      <w:r w:rsidR="00CA61C1" w:rsidRPr="00563D79">
        <w:rPr>
          <w:rFonts w:ascii="Arial" w:hAnsi="Arial" w:cs="Arial"/>
          <w:color w:val="000000" w:themeColor="text1"/>
        </w:rPr>
        <w:t>:</w:t>
      </w:r>
    </w:p>
    <w:p w14:paraId="72A0FBA5" w14:textId="77777777" w:rsidR="00CA61C1" w:rsidRPr="00563D79" w:rsidRDefault="00CA61C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6C8CFF16" w14:textId="63E1FFFC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Fecha: 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</w:t>
      </w:r>
      <w:r w:rsidR="00FC6263" w:rsidRPr="00563D79">
        <w:rPr>
          <w:rFonts w:ascii="Arial" w:hAnsi="Arial" w:cs="Arial"/>
          <w:color w:val="000000" w:themeColor="text1"/>
        </w:rPr>
        <w:t>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______________________________________________</w:t>
      </w:r>
    </w:p>
    <w:p w14:paraId="7822EA9F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6E8FCADF" w14:textId="27489927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Institución</w:t>
      </w:r>
      <w:r w:rsidR="00FC6263" w:rsidRPr="00563D79">
        <w:rPr>
          <w:rFonts w:ascii="Arial" w:hAnsi="Arial" w:cs="Arial"/>
          <w:color w:val="000000" w:themeColor="text1"/>
        </w:rPr>
        <w:t xml:space="preserve"> requerida</w:t>
      </w:r>
      <w:r w:rsidRPr="00563D79">
        <w:rPr>
          <w:rFonts w:ascii="Arial" w:hAnsi="Arial" w:cs="Arial"/>
          <w:color w:val="000000" w:themeColor="text1"/>
        </w:rPr>
        <w:t>: __________________________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____________________________________________________</w:t>
      </w:r>
    </w:p>
    <w:p w14:paraId="1D66C99F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0B518EF0" w14:textId="6896C3CC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Ciudad: ________________________________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</w:t>
      </w:r>
      <w:r w:rsidR="00FC6263" w:rsidRPr="00563D79">
        <w:rPr>
          <w:rFonts w:ascii="Arial" w:hAnsi="Arial" w:cs="Arial"/>
          <w:color w:val="000000" w:themeColor="text1"/>
        </w:rPr>
        <w:t>_________</w:t>
      </w:r>
      <w:r w:rsidR="00E36C41" w:rsidRPr="00563D79">
        <w:rPr>
          <w:rFonts w:ascii="Arial" w:hAnsi="Arial" w:cs="Arial"/>
          <w:color w:val="000000" w:themeColor="text1"/>
        </w:rPr>
        <w:t>_________________</w:t>
      </w:r>
    </w:p>
    <w:p w14:paraId="52E54D2D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41CE95D5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2D56E818" w14:textId="41BE7C09" w:rsidR="00B76DC0" w:rsidRPr="00563D79" w:rsidRDefault="00093838" w:rsidP="00E36C41">
      <w:pPr>
        <w:pStyle w:val="Heading2"/>
        <w:spacing w:before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 xml:space="preserve">Persona </w:t>
      </w:r>
      <w:r w:rsidR="00CA61C1" w:rsidRPr="00563D79">
        <w:rPr>
          <w:rFonts w:ascii="Arial" w:hAnsi="Arial" w:cs="Arial"/>
          <w:color w:val="000000" w:themeColor="text1"/>
        </w:rPr>
        <w:t>solicitante de información pública:</w:t>
      </w:r>
    </w:p>
    <w:p w14:paraId="594E267C" w14:textId="77777777" w:rsidR="00FC6263" w:rsidRPr="00563D79" w:rsidRDefault="00FC6263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382C63BA" w14:textId="061E17CB" w:rsidR="00620EDB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Nombre</w:t>
      </w:r>
      <w:r w:rsidR="00620EDB" w:rsidRPr="00563D79">
        <w:rPr>
          <w:rFonts w:ascii="Arial" w:hAnsi="Arial" w:cs="Arial"/>
          <w:color w:val="000000" w:themeColor="text1"/>
        </w:rPr>
        <w:t>(s)</w:t>
      </w:r>
      <w:r w:rsidRPr="00563D79">
        <w:rPr>
          <w:rFonts w:ascii="Arial" w:hAnsi="Arial" w:cs="Arial"/>
          <w:color w:val="000000" w:themeColor="text1"/>
        </w:rPr>
        <w:t>:</w:t>
      </w:r>
      <w:r w:rsidR="00FC6263" w:rsidRPr="00563D79">
        <w:rPr>
          <w:rFonts w:ascii="Arial" w:hAnsi="Arial" w:cs="Arial"/>
          <w:color w:val="000000" w:themeColor="text1"/>
        </w:rPr>
        <w:t xml:space="preserve"> </w:t>
      </w:r>
      <w:r w:rsidR="00E36C41" w:rsidRPr="00563D79">
        <w:rPr>
          <w:rFonts w:ascii="Arial" w:hAnsi="Arial" w:cs="Arial"/>
          <w:color w:val="000000" w:themeColor="text1"/>
        </w:rPr>
        <w:t>_______________</w:t>
      </w:r>
      <w:r w:rsidR="00620EDB" w:rsidRPr="00563D79">
        <w:rPr>
          <w:rFonts w:ascii="Arial" w:hAnsi="Arial" w:cs="Arial"/>
          <w:color w:val="000000" w:themeColor="text1"/>
        </w:rPr>
        <w:t>__________________________</w:t>
      </w:r>
      <w:r w:rsidR="00E36C41" w:rsidRPr="00563D79">
        <w:rPr>
          <w:rFonts w:ascii="Arial" w:hAnsi="Arial" w:cs="Arial"/>
          <w:color w:val="000000" w:themeColor="text1"/>
        </w:rPr>
        <w:t>_______</w:t>
      </w:r>
      <w:r w:rsidR="00FC6263" w:rsidRPr="00563D79">
        <w:rPr>
          <w:rFonts w:ascii="Arial" w:hAnsi="Arial" w:cs="Arial"/>
          <w:color w:val="000000" w:themeColor="text1"/>
        </w:rPr>
        <w:t>___</w:t>
      </w:r>
      <w:r w:rsidR="00E36C41" w:rsidRPr="00563D79">
        <w:rPr>
          <w:rFonts w:ascii="Arial" w:hAnsi="Arial" w:cs="Arial"/>
          <w:color w:val="000000" w:themeColor="text1"/>
        </w:rPr>
        <w:t xml:space="preserve">______________ </w:t>
      </w:r>
    </w:p>
    <w:p w14:paraId="3D88A945" w14:textId="77777777" w:rsidR="00620EDB" w:rsidRPr="00563D79" w:rsidRDefault="00620EDB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7A12A0C7" w14:textId="26A0E497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Apellido</w:t>
      </w:r>
      <w:r w:rsidR="00620EDB" w:rsidRPr="00563D79">
        <w:rPr>
          <w:rFonts w:ascii="Arial" w:hAnsi="Arial" w:cs="Arial"/>
          <w:color w:val="000000" w:themeColor="text1"/>
        </w:rPr>
        <w:t>(s)</w:t>
      </w:r>
      <w:r w:rsidRPr="00563D79">
        <w:rPr>
          <w:rFonts w:ascii="Arial" w:hAnsi="Arial" w:cs="Arial"/>
          <w:color w:val="000000" w:themeColor="text1"/>
        </w:rPr>
        <w:t>: ______________</w:t>
      </w:r>
      <w:r w:rsidR="00620EDB" w:rsidRPr="00563D79">
        <w:rPr>
          <w:rFonts w:ascii="Arial" w:hAnsi="Arial" w:cs="Arial"/>
          <w:color w:val="000000" w:themeColor="text1"/>
        </w:rPr>
        <w:t>______________________</w:t>
      </w:r>
      <w:r w:rsidRPr="00563D79">
        <w:rPr>
          <w:rFonts w:ascii="Arial" w:hAnsi="Arial" w:cs="Arial"/>
          <w:color w:val="000000" w:themeColor="text1"/>
        </w:rPr>
        <w:t>_</w:t>
      </w:r>
      <w:r w:rsidR="00E36C41" w:rsidRPr="00563D79">
        <w:rPr>
          <w:rFonts w:ascii="Arial" w:hAnsi="Arial" w:cs="Arial"/>
          <w:color w:val="000000" w:themeColor="text1"/>
        </w:rPr>
        <w:t>_______</w:t>
      </w:r>
      <w:r w:rsidR="00FC6263" w:rsidRPr="00563D79">
        <w:rPr>
          <w:rFonts w:ascii="Arial" w:hAnsi="Arial" w:cs="Arial"/>
          <w:color w:val="000000" w:themeColor="text1"/>
        </w:rPr>
        <w:t>____</w:t>
      </w:r>
      <w:r w:rsidR="00E36C41" w:rsidRPr="00563D79">
        <w:rPr>
          <w:rFonts w:ascii="Arial" w:hAnsi="Arial" w:cs="Arial"/>
          <w:color w:val="000000" w:themeColor="text1"/>
        </w:rPr>
        <w:t>_________________</w:t>
      </w:r>
    </w:p>
    <w:p w14:paraId="37AEFE1C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4F574FEA" w14:textId="5AD544A6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Correo Electrónico: ____________</w:t>
      </w:r>
      <w:r w:rsidR="00FC6263" w:rsidRPr="00563D79">
        <w:rPr>
          <w:rFonts w:ascii="Arial" w:hAnsi="Arial" w:cs="Arial"/>
          <w:color w:val="000000" w:themeColor="text1"/>
        </w:rPr>
        <w:t>_______</w:t>
      </w:r>
      <w:r w:rsidRPr="00563D79">
        <w:rPr>
          <w:rFonts w:ascii="Arial" w:hAnsi="Arial" w:cs="Arial"/>
          <w:color w:val="000000" w:themeColor="text1"/>
        </w:rPr>
        <w:t>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___________________________________________________</w:t>
      </w:r>
    </w:p>
    <w:p w14:paraId="63A19262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4879934A" w14:textId="56062169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Teléfono: ________</w:t>
      </w:r>
      <w:r w:rsidR="00FC6263" w:rsidRPr="00563D79">
        <w:rPr>
          <w:rFonts w:ascii="Arial" w:hAnsi="Arial" w:cs="Arial"/>
          <w:color w:val="000000" w:themeColor="text1"/>
        </w:rPr>
        <w:t>_______</w:t>
      </w:r>
      <w:r w:rsidRPr="00563D79">
        <w:rPr>
          <w:rFonts w:ascii="Arial" w:hAnsi="Arial" w:cs="Arial"/>
          <w:color w:val="000000" w:themeColor="text1"/>
        </w:rPr>
        <w:t>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______________________________________________________</w:t>
      </w:r>
    </w:p>
    <w:p w14:paraId="7B1467FA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3A0C13AE" w14:textId="77777777" w:rsidR="006E5693" w:rsidRPr="00563D79" w:rsidRDefault="006E5693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58E5E9D0" w14:textId="77777777" w:rsidR="00B76DC0" w:rsidRPr="00563D79" w:rsidRDefault="00093838" w:rsidP="00FC6263">
      <w:pPr>
        <w:pStyle w:val="Heading2"/>
        <w:spacing w:before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 xml:space="preserve">Género: </w:t>
      </w:r>
    </w:p>
    <w:p w14:paraId="5ED26F9C" w14:textId="77777777" w:rsidR="006E5693" w:rsidRPr="00563D79" w:rsidRDefault="006E5693" w:rsidP="00FC6263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46E29CA0" w14:textId="2D5CDE8C" w:rsidR="00FC6263" w:rsidRPr="00563D79" w:rsidRDefault="00E36C41" w:rsidP="00FC6263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Masculino (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    </w:t>
      </w:r>
    </w:p>
    <w:p w14:paraId="486A337D" w14:textId="35C99D1C" w:rsidR="00FC6263" w:rsidRPr="00563D79" w:rsidRDefault="00E36C41" w:rsidP="00FC6263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Femenino ( 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)   </w:t>
      </w:r>
    </w:p>
    <w:p w14:paraId="4B48205F" w14:textId="290EBF32" w:rsidR="00FC6263" w:rsidRPr="00563D79" w:rsidRDefault="00E36C41" w:rsidP="00FC6263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LGBTIQ+ ( 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)  </w:t>
      </w:r>
    </w:p>
    <w:p w14:paraId="67495615" w14:textId="211181DF" w:rsidR="00E36C41" w:rsidRPr="00563D79" w:rsidRDefault="00E36C41" w:rsidP="00FC6263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Otro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: </w:t>
      </w:r>
      <w:r w:rsidRPr="00563D79">
        <w:rPr>
          <w:rFonts w:ascii="Arial" w:hAnsi="Arial" w:cs="Arial"/>
          <w:i/>
          <w:iCs/>
          <w:color w:val="000000" w:themeColor="text1"/>
        </w:rPr>
        <w:t>______________________</w:t>
      </w:r>
    </w:p>
    <w:p w14:paraId="037854B3" w14:textId="77777777" w:rsidR="00E36C41" w:rsidRPr="00563D79" w:rsidRDefault="00E36C41" w:rsidP="006E5693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66DD8B2E" w14:textId="77777777" w:rsidR="006E5693" w:rsidRPr="00563D79" w:rsidRDefault="006E5693" w:rsidP="006E5693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3A560E2D" w14:textId="77777777" w:rsidR="00B76DC0" w:rsidRPr="00563D79" w:rsidRDefault="00093838" w:rsidP="00FC6263">
      <w:pPr>
        <w:pStyle w:val="Heading2"/>
        <w:spacing w:before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lastRenderedPageBreak/>
        <w:t xml:space="preserve">Autoidentificación cultural: </w:t>
      </w:r>
    </w:p>
    <w:p w14:paraId="126AA234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0718A9B8" w14:textId="2B7CEDA0" w:rsidR="00FC6263" w:rsidRPr="00563D79" w:rsidRDefault="00E36C41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Mestiza (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                                    </w:t>
      </w:r>
    </w:p>
    <w:p w14:paraId="52BE8942" w14:textId="48063DB8" w:rsidR="00FC6263" w:rsidRPr="00563D79" w:rsidRDefault="00E36C41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Pueblo </w:t>
      </w:r>
      <w:r w:rsidR="00425FF3" w:rsidRPr="00563D79">
        <w:rPr>
          <w:rFonts w:ascii="Arial" w:hAnsi="Arial" w:cs="Arial"/>
          <w:i/>
          <w:iCs/>
          <w:color w:val="000000" w:themeColor="text1"/>
        </w:rPr>
        <w:t>m</w:t>
      </w:r>
      <w:r w:rsidRPr="00563D79">
        <w:rPr>
          <w:rFonts w:ascii="Arial" w:hAnsi="Arial" w:cs="Arial"/>
          <w:i/>
          <w:iCs/>
          <w:color w:val="000000" w:themeColor="text1"/>
        </w:rPr>
        <w:t>ontu</w:t>
      </w:r>
      <w:r w:rsidR="00425FF3" w:rsidRPr="00563D79">
        <w:rPr>
          <w:rFonts w:ascii="Arial" w:hAnsi="Arial" w:cs="Arial"/>
          <w:i/>
          <w:iCs/>
          <w:color w:val="000000" w:themeColor="text1"/>
        </w:rPr>
        <w:t>v</w:t>
      </w:r>
      <w:r w:rsidRPr="00563D79">
        <w:rPr>
          <w:rFonts w:ascii="Arial" w:hAnsi="Arial" w:cs="Arial"/>
          <w:i/>
          <w:iCs/>
          <w:color w:val="000000" w:themeColor="text1"/>
        </w:rPr>
        <w:t>io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>(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          </w:t>
      </w:r>
    </w:p>
    <w:p w14:paraId="1FDD4DCE" w14:textId="0BDB4928" w:rsidR="00E36C41" w:rsidRPr="00563D79" w:rsidRDefault="00E36C41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Pueblo o </w:t>
      </w:r>
      <w:r w:rsidR="00425FF3" w:rsidRPr="00563D79">
        <w:rPr>
          <w:rFonts w:ascii="Arial" w:hAnsi="Arial" w:cs="Arial"/>
          <w:i/>
          <w:iCs/>
          <w:color w:val="000000" w:themeColor="text1"/>
        </w:rPr>
        <w:t>n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acionalidad </w:t>
      </w:r>
      <w:r w:rsidR="00425FF3" w:rsidRPr="00563D79">
        <w:rPr>
          <w:rFonts w:ascii="Arial" w:hAnsi="Arial" w:cs="Arial"/>
          <w:i/>
          <w:iCs/>
          <w:color w:val="000000" w:themeColor="text1"/>
        </w:rPr>
        <w:t>i</w:t>
      </w:r>
      <w:r w:rsidRPr="00563D79">
        <w:rPr>
          <w:rFonts w:ascii="Arial" w:hAnsi="Arial" w:cs="Arial"/>
          <w:i/>
          <w:iCs/>
          <w:color w:val="000000" w:themeColor="text1"/>
        </w:rPr>
        <w:t>ndígena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>(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  </w:t>
      </w:r>
    </w:p>
    <w:p w14:paraId="57E16A58" w14:textId="76D3D08D" w:rsidR="00FC6263" w:rsidRPr="00563D79" w:rsidRDefault="00E36C41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Pueblo </w:t>
      </w:r>
      <w:r w:rsidR="004723F0" w:rsidRPr="00563D79">
        <w:rPr>
          <w:rFonts w:ascii="Arial" w:hAnsi="Arial" w:cs="Arial"/>
          <w:i/>
          <w:iCs/>
          <w:color w:val="000000" w:themeColor="text1"/>
        </w:rPr>
        <w:t>a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frodescendiente ( 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)   </w:t>
      </w:r>
    </w:p>
    <w:p w14:paraId="557CB01B" w14:textId="60E63B58" w:rsidR="00FC6263" w:rsidRPr="00563D79" w:rsidRDefault="00E36C41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Blanc</w:t>
      </w:r>
      <w:r w:rsidR="004723F0" w:rsidRPr="00563D79">
        <w:rPr>
          <w:rFonts w:ascii="Arial" w:hAnsi="Arial" w:cs="Arial"/>
          <w:i/>
          <w:iCs/>
          <w:color w:val="000000" w:themeColor="text1"/>
        </w:rPr>
        <w:t>a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(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                            </w:t>
      </w:r>
    </w:p>
    <w:p w14:paraId="3547C07B" w14:textId="77777777" w:rsidR="00563D79" w:rsidRPr="00563D79" w:rsidRDefault="00E36C41" w:rsidP="00563D79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Otro:</w:t>
      </w:r>
      <w:r w:rsidR="00FC626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>__________________________</w:t>
      </w:r>
    </w:p>
    <w:p w14:paraId="28A869D4" w14:textId="77777777" w:rsidR="00563D79" w:rsidRPr="00563D79" w:rsidRDefault="00563D79" w:rsidP="00563D79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77BCF238" w14:textId="1CB00B26" w:rsidR="00B76DC0" w:rsidRPr="00563D79" w:rsidRDefault="00093838" w:rsidP="00563D79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6"/>
          <w:szCs w:val="26"/>
        </w:rPr>
      </w:pPr>
      <w:r w:rsidRPr="00563D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Solicitud de </w:t>
      </w:r>
      <w:r w:rsidR="004723F0" w:rsidRPr="00563D79">
        <w:rPr>
          <w:rFonts w:ascii="Arial" w:hAnsi="Arial" w:cs="Arial"/>
          <w:b/>
          <w:bCs/>
          <w:color w:val="000000" w:themeColor="text1"/>
          <w:sz w:val="26"/>
          <w:szCs w:val="26"/>
        </w:rPr>
        <w:t>i</w:t>
      </w:r>
      <w:r w:rsidRPr="00563D79">
        <w:rPr>
          <w:rFonts w:ascii="Arial" w:hAnsi="Arial" w:cs="Arial"/>
          <w:b/>
          <w:bCs/>
          <w:color w:val="000000" w:themeColor="text1"/>
          <w:sz w:val="26"/>
          <w:szCs w:val="26"/>
        </w:rPr>
        <w:t>nformación</w:t>
      </w:r>
      <w:r w:rsidR="004723F0" w:rsidRPr="00563D79">
        <w:rPr>
          <w:rFonts w:ascii="Arial" w:hAnsi="Arial" w:cs="Arial"/>
          <w:b/>
          <w:bCs/>
          <w:color w:val="000000" w:themeColor="text1"/>
          <w:sz w:val="26"/>
          <w:szCs w:val="26"/>
        </w:rPr>
        <w:t xml:space="preserve"> pública:</w:t>
      </w:r>
    </w:p>
    <w:p w14:paraId="1D675152" w14:textId="2FBFED1A" w:rsidR="00202A29" w:rsidRPr="00563D79" w:rsidRDefault="00202A29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Escriba con detalle la información que necesita que la institución le entregue</w:t>
      </w:r>
      <w:r w:rsidR="006E5693" w:rsidRPr="00563D79">
        <w:rPr>
          <w:rFonts w:ascii="Arial" w:hAnsi="Arial" w:cs="Arial"/>
          <w:color w:val="000000" w:themeColor="text1"/>
        </w:rPr>
        <w:t>.</w:t>
      </w:r>
    </w:p>
    <w:p w14:paraId="107681C8" w14:textId="77777777" w:rsidR="00093838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2ABB30F6" w14:textId="1C90DBEE" w:rsidR="00E36C41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_____________________________________________________________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____________________________________________</w:t>
      </w:r>
      <w:r w:rsidRPr="00563D79">
        <w:rPr>
          <w:rFonts w:ascii="Arial" w:hAnsi="Arial" w:cs="Arial"/>
          <w:color w:val="000000" w:themeColor="text1"/>
        </w:rPr>
        <w:br/>
      </w:r>
    </w:p>
    <w:p w14:paraId="6A52160C" w14:textId="5B8B928E" w:rsidR="00E36C41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______________________________________________________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</w:t>
      </w:r>
      <w:r w:rsidRPr="00563D79">
        <w:rPr>
          <w:rFonts w:ascii="Arial" w:hAnsi="Arial" w:cs="Arial"/>
          <w:color w:val="000000" w:themeColor="text1"/>
        </w:rPr>
        <w:t>_______</w:t>
      </w:r>
      <w:r w:rsidR="00E36C41" w:rsidRPr="00563D79">
        <w:rPr>
          <w:rFonts w:ascii="Arial" w:hAnsi="Arial" w:cs="Arial"/>
          <w:color w:val="000000" w:themeColor="text1"/>
        </w:rPr>
        <w:t>__________________</w:t>
      </w:r>
      <w:r w:rsidRPr="00563D79">
        <w:rPr>
          <w:rFonts w:ascii="Arial" w:hAnsi="Arial" w:cs="Arial"/>
          <w:color w:val="000000" w:themeColor="text1"/>
        </w:rPr>
        <w:br/>
      </w:r>
    </w:p>
    <w:p w14:paraId="6A24AB8A" w14:textId="5025CED8" w:rsidR="00E36C41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______________________________________________________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______________________________________</w:t>
      </w:r>
      <w:r w:rsidRPr="00563D79">
        <w:rPr>
          <w:rFonts w:ascii="Arial" w:hAnsi="Arial" w:cs="Arial"/>
          <w:color w:val="000000" w:themeColor="text1"/>
        </w:rPr>
        <w:t>_______</w:t>
      </w:r>
      <w:r w:rsidR="00E36C41" w:rsidRPr="00563D79">
        <w:rPr>
          <w:rFonts w:ascii="Arial" w:hAnsi="Arial" w:cs="Arial"/>
          <w:color w:val="000000" w:themeColor="text1"/>
        </w:rPr>
        <w:t>______</w:t>
      </w:r>
      <w:r w:rsidRPr="00563D79">
        <w:rPr>
          <w:rFonts w:ascii="Arial" w:hAnsi="Arial" w:cs="Arial"/>
          <w:color w:val="000000" w:themeColor="text1"/>
        </w:rPr>
        <w:br/>
      </w:r>
    </w:p>
    <w:p w14:paraId="6B4FF1DF" w14:textId="1D970D62" w:rsidR="00B360F4" w:rsidRPr="00563D79" w:rsidRDefault="00093838" w:rsidP="00B360F4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______________________________________________________</w:t>
      </w:r>
      <w:r w:rsidR="00E36C41" w:rsidRPr="00563D79">
        <w:rPr>
          <w:rFonts w:ascii="Arial" w:hAnsi="Arial" w:cs="Arial"/>
          <w:color w:val="000000" w:themeColor="text1"/>
        </w:rPr>
        <w:t>_________________________________</w:t>
      </w:r>
      <w:r w:rsidRPr="00563D79">
        <w:rPr>
          <w:rFonts w:ascii="Arial" w:hAnsi="Arial" w:cs="Arial"/>
          <w:color w:val="000000" w:themeColor="text1"/>
        </w:rPr>
        <w:t>_______</w:t>
      </w:r>
      <w:r w:rsidR="00E36C41" w:rsidRPr="00563D79">
        <w:rPr>
          <w:rFonts w:ascii="Arial" w:hAnsi="Arial" w:cs="Arial"/>
          <w:color w:val="000000" w:themeColor="text1"/>
        </w:rPr>
        <w:t>___________</w:t>
      </w:r>
      <w:r w:rsidRPr="00563D79">
        <w:rPr>
          <w:rFonts w:ascii="Arial" w:hAnsi="Arial" w:cs="Arial"/>
          <w:color w:val="000000" w:themeColor="text1"/>
        </w:rPr>
        <w:br/>
      </w:r>
    </w:p>
    <w:p w14:paraId="427DAAA8" w14:textId="55E24843" w:rsidR="00B360F4" w:rsidRPr="00563D79" w:rsidRDefault="00B360F4" w:rsidP="00B360F4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_________________________________________________________________________</w:t>
      </w:r>
      <w:r w:rsidR="00093838" w:rsidRPr="00563D79">
        <w:rPr>
          <w:rFonts w:ascii="Arial" w:hAnsi="Arial" w:cs="Arial"/>
          <w:color w:val="000000" w:themeColor="text1"/>
        </w:rPr>
        <w:t>________</w:t>
      </w:r>
      <w:r w:rsidRPr="00563D79">
        <w:rPr>
          <w:rFonts w:ascii="Arial" w:hAnsi="Arial" w:cs="Arial"/>
          <w:color w:val="000000" w:themeColor="text1"/>
        </w:rPr>
        <w:t>________________________</w:t>
      </w:r>
      <w:r w:rsidRPr="00563D79">
        <w:rPr>
          <w:rFonts w:ascii="Arial" w:hAnsi="Arial" w:cs="Arial"/>
          <w:color w:val="000000" w:themeColor="text1"/>
        </w:rPr>
        <w:br/>
      </w:r>
    </w:p>
    <w:p w14:paraId="42917FFA" w14:textId="7EFEB8DC" w:rsidR="00A32D2A" w:rsidRPr="00563D79" w:rsidRDefault="00B360F4" w:rsidP="00B360F4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______________________________________________________________________</w:t>
      </w:r>
      <w:r w:rsidR="00093838" w:rsidRPr="00563D79">
        <w:rPr>
          <w:rFonts w:ascii="Arial" w:hAnsi="Arial" w:cs="Arial"/>
          <w:color w:val="000000" w:themeColor="text1"/>
        </w:rPr>
        <w:t>_______</w:t>
      </w:r>
      <w:r w:rsidRPr="00563D79">
        <w:rPr>
          <w:rFonts w:ascii="Arial" w:hAnsi="Arial" w:cs="Arial"/>
          <w:color w:val="000000" w:themeColor="text1"/>
        </w:rPr>
        <w:t>____________________________</w:t>
      </w:r>
    </w:p>
    <w:p w14:paraId="6A08CF76" w14:textId="3338A8D0" w:rsidR="00B360F4" w:rsidRPr="00563D79" w:rsidRDefault="00B360F4" w:rsidP="00B360F4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br/>
      </w:r>
    </w:p>
    <w:p w14:paraId="71D4A933" w14:textId="06C80E10" w:rsidR="00B76DC0" w:rsidRPr="00563D79" w:rsidRDefault="00093838" w:rsidP="00A32D2A">
      <w:pPr>
        <w:pStyle w:val="Heading2"/>
        <w:spacing w:before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 xml:space="preserve">Formato </w:t>
      </w:r>
      <w:r w:rsidR="00A32D2A" w:rsidRPr="00563D79">
        <w:rPr>
          <w:rFonts w:ascii="Arial" w:hAnsi="Arial" w:cs="Arial"/>
          <w:color w:val="000000" w:themeColor="text1"/>
        </w:rPr>
        <w:t xml:space="preserve">de </w:t>
      </w:r>
      <w:r w:rsidR="005C3169" w:rsidRPr="00563D79">
        <w:rPr>
          <w:rFonts w:ascii="Arial" w:hAnsi="Arial" w:cs="Arial"/>
          <w:color w:val="000000" w:themeColor="text1"/>
        </w:rPr>
        <w:t>recepción de la información solicitada</w:t>
      </w:r>
      <w:r w:rsidR="00A32D2A" w:rsidRPr="00563D79">
        <w:rPr>
          <w:rFonts w:ascii="Arial" w:hAnsi="Arial" w:cs="Arial"/>
          <w:color w:val="000000" w:themeColor="text1"/>
        </w:rPr>
        <w:t>:</w:t>
      </w:r>
    </w:p>
    <w:p w14:paraId="066BFC79" w14:textId="1B347C21" w:rsidR="00B76DC0" w:rsidRPr="00563D79" w:rsidRDefault="00093838" w:rsidP="00E36C41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Seleccion</w:t>
      </w:r>
      <w:r w:rsidR="006E5693" w:rsidRPr="00563D79">
        <w:rPr>
          <w:rFonts w:ascii="Arial" w:hAnsi="Arial" w:cs="Arial"/>
          <w:color w:val="000000" w:themeColor="text1"/>
        </w:rPr>
        <w:t>e</w:t>
      </w:r>
      <w:r w:rsidRPr="00563D79">
        <w:rPr>
          <w:rFonts w:ascii="Arial" w:hAnsi="Arial" w:cs="Arial"/>
          <w:color w:val="000000" w:themeColor="text1"/>
        </w:rPr>
        <w:t xml:space="preserve"> el formato </w:t>
      </w:r>
      <w:r w:rsidR="006E5693" w:rsidRPr="00563D79">
        <w:rPr>
          <w:rFonts w:ascii="Arial" w:hAnsi="Arial" w:cs="Arial"/>
          <w:color w:val="000000" w:themeColor="text1"/>
        </w:rPr>
        <w:t>por el que</w:t>
      </w:r>
      <w:r w:rsidRPr="00563D79">
        <w:rPr>
          <w:rFonts w:ascii="Arial" w:hAnsi="Arial" w:cs="Arial"/>
          <w:color w:val="000000" w:themeColor="text1"/>
        </w:rPr>
        <w:t xml:space="preserve"> </w:t>
      </w:r>
      <w:r w:rsidR="00A32D2A" w:rsidRPr="00563D79">
        <w:rPr>
          <w:rFonts w:ascii="Arial" w:hAnsi="Arial" w:cs="Arial"/>
          <w:color w:val="000000" w:themeColor="text1"/>
        </w:rPr>
        <w:t xml:space="preserve">ingresó la solicitud </w:t>
      </w:r>
      <w:r w:rsidR="006E5693" w:rsidRPr="00563D79">
        <w:rPr>
          <w:rFonts w:ascii="Arial" w:hAnsi="Arial" w:cs="Arial"/>
          <w:color w:val="000000" w:themeColor="text1"/>
        </w:rPr>
        <w:t>a la institución requerida</w:t>
      </w:r>
      <w:r w:rsidRPr="00563D79">
        <w:rPr>
          <w:rFonts w:ascii="Arial" w:hAnsi="Arial" w:cs="Arial"/>
          <w:color w:val="000000" w:themeColor="text1"/>
        </w:rPr>
        <w:t>:</w:t>
      </w:r>
    </w:p>
    <w:p w14:paraId="77C153A5" w14:textId="77777777" w:rsidR="00E36C41" w:rsidRPr="00563D79" w:rsidRDefault="00E36C41" w:rsidP="00E36C41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2E28DB04" w14:textId="109D7383" w:rsidR="006E5693" w:rsidRPr="00563D79" w:rsidRDefault="00B360F4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Formulario web</w:t>
      </w:r>
      <w:r w:rsidR="00093838" w:rsidRPr="00563D79">
        <w:rPr>
          <w:rFonts w:ascii="Arial" w:hAnsi="Arial" w:cs="Arial"/>
          <w:i/>
          <w:iCs/>
          <w:color w:val="000000" w:themeColor="text1"/>
        </w:rPr>
        <w:t xml:space="preserve"> (</w:t>
      </w:r>
      <w:r w:rsidR="006E569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="00093838" w:rsidRPr="00563D79">
        <w:rPr>
          <w:rFonts w:ascii="Arial" w:hAnsi="Arial" w:cs="Arial"/>
          <w:i/>
          <w:iCs/>
          <w:color w:val="000000" w:themeColor="text1"/>
        </w:rPr>
        <w:t xml:space="preserve"> )</w:t>
      </w:r>
      <w:r w:rsidR="00093838" w:rsidRPr="00563D79">
        <w:rPr>
          <w:rFonts w:ascii="Arial" w:hAnsi="Arial" w:cs="Arial"/>
          <w:i/>
          <w:iCs/>
          <w:color w:val="000000" w:themeColor="text1"/>
        </w:rPr>
        <w:tab/>
      </w:r>
    </w:p>
    <w:p w14:paraId="3A376FC6" w14:textId="03652403" w:rsidR="006E5693" w:rsidRPr="00563D79" w:rsidRDefault="00B360F4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Físico</w:t>
      </w:r>
      <w:r w:rsidR="00E36C41" w:rsidRPr="00563D79">
        <w:rPr>
          <w:rFonts w:ascii="Arial" w:hAnsi="Arial" w:cs="Arial"/>
          <w:i/>
          <w:iCs/>
          <w:color w:val="000000" w:themeColor="text1"/>
        </w:rPr>
        <w:t xml:space="preserve"> (</w:t>
      </w:r>
      <w:r w:rsidR="006E569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="00E36C41" w:rsidRPr="00563D79">
        <w:rPr>
          <w:rFonts w:ascii="Arial" w:hAnsi="Arial" w:cs="Arial"/>
          <w:i/>
          <w:iCs/>
          <w:color w:val="000000" w:themeColor="text1"/>
        </w:rPr>
        <w:t xml:space="preserve"> )       </w:t>
      </w:r>
    </w:p>
    <w:p w14:paraId="587C34AF" w14:textId="5A233C23" w:rsidR="00B360F4" w:rsidRPr="00563D79" w:rsidRDefault="00B360F4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Correo electrónico (</w:t>
      </w:r>
      <w:r w:rsidR="006E5693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</w:p>
    <w:p w14:paraId="4EB2C8CB" w14:textId="42A4CB5F" w:rsidR="00B76DC0" w:rsidRPr="00563D79" w:rsidRDefault="00E36C41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Otro</w:t>
      </w:r>
      <w:r w:rsidR="0025680B" w:rsidRPr="00563D79">
        <w:rPr>
          <w:rFonts w:ascii="Arial" w:hAnsi="Arial" w:cs="Arial"/>
          <w:i/>
          <w:iCs/>
          <w:color w:val="000000" w:themeColor="text1"/>
        </w:rPr>
        <w:t xml:space="preserve">: </w:t>
      </w:r>
      <w:r w:rsidRPr="00563D79">
        <w:rPr>
          <w:rFonts w:ascii="Arial" w:hAnsi="Arial" w:cs="Arial"/>
          <w:i/>
          <w:iCs/>
          <w:color w:val="000000" w:themeColor="text1"/>
        </w:rPr>
        <w:t>_______________________</w:t>
      </w:r>
    </w:p>
    <w:p w14:paraId="3BCDE44B" w14:textId="77777777" w:rsidR="00D50675" w:rsidRPr="00563D79" w:rsidRDefault="00D50675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64BBF533" w14:textId="77777777" w:rsidR="00D50675" w:rsidRPr="00563D79" w:rsidRDefault="00D50675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3D2722C8" w14:textId="6C81B608" w:rsidR="00A13CEE" w:rsidRPr="00563D79" w:rsidRDefault="00A13CEE" w:rsidP="00A13CEE">
      <w:pPr>
        <w:pStyle w:val="Heading2"/>
        <w:spacing w:before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 xml:space="preserve">Formato de </w:t>
      </w:r>
      <w:r w:rsidR="005C3169" w:rsidRPr="00563D79">
        <w:rPr>
          <w:rFonts w:ascii="Arial" w:hAnsi="Arial" w:cs="Arial"/>
          <w:color w:val="000000" w:themeColor="text1"/>
        </w:rPr>
        <w:t>e</w:t>
      </w:r>
      <w:r w:rsidRPr="00563D79">
        <w:rPr>
          <w:rFonts w:ascii="Arial" w:hAnsi="Arial" w:cs="Arial"/>
          <w:color w:val="000000" w:themeColor="text1"/>
        </w:rPr>
        <w:t>ntrega</w:t>
      </w:r>
      <w:r w:rsidR="005C3169" w:rsidRPr="00563D79">
        <w:rPr>
          <w:rFonts w:ascii="Arial" w:hAnsi="Arial" w:cs="Arial"/>
          <w:color w:val="000000" w:themeColor="text1"/>
        </w:rPr>
        <w:t xml:space="preserve"> de la información</w:t>
      </w:r>
      <w:r w:rsidR="00A32D2A" w:rsidRPr="00563D79">
        <w:rPr>
          <w:rFonts w:ascii="Arial" w:hAnsi="Arial" w:cs="Arial"/>
          <w:color w:val="000000" w:themeColor="text1"/>
        </w:rPr>
        <w:t>:</w:t>
      </w:r>
    </w:p>
    <w:p w14:paraId="216E1C63" w14:textId="49BA934E" w:rsidR="00A13CEE" w:rsidRPr="00563D79" w:rsidRDefault="00A13CEE" w:rsidP="00A13CEE">
      <w:pPr>
        <w:spacing w:after="0" w:line="240" w:lineRule="auto"/>
        <w:rPr>
          <w:rFonts w:ascii="Arial" w:hAnsi="Arial" w:cs="Arial"/>
          <w:color w:val="000000" w:themeColor="text1"/>
        </w:rPr>
      </w:pPr>
      <w:r w:rsidRPr="00563D79">
        <w:rPr>
          <w:rFonts w:ascii="Arial" w:hAnsi="Arial" w:cs="Arial"/>
          <w:color w:val="000000" w:themeColor="text1"/>
        </w:rPr>
        <w:t>Seleccion</w:t>
      </w:r>
      <w:r w:rsidR="00CC7F17" w:rsidRPr="00563D79">
        <w:rPr>
          <w:rFonts w:ascii="Arial" w:hAnsi="Arial" w:cs="Arial"/>
          <w:color w:val="000000" w:themeColor="text1"/>
        </w:rPr>
        <w:t>e</w:t>
      </w:r>
      <w:r w:rsidRPr="00563D79">
        <w:rPr>
          <w:rFonts w:ascii="Arial" w:hAnsi="Arial" w:cs="Arial"/>
          <w:color w:val="000000" w:themeColor="text1"/>
        </w:rPr>
        <w:t xml:space="preserve"> el formato en el que desea recibir la información:</w:t>
      </w:r>
    </w:p>
    <w:p w14:paraId="1843D19E" w14:textId="77777777" w:rsidR="00A13CEE" w:rsidRPr="00563D79" w:rsidRDefault="00A13CEE" w:rsidP="00A13CEE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55AB5FD2" w14:textId="77777777" w:rsidR="002C4CCC" w:rsidRPr="00563D79" w:rsidRDefault="002C4CCC" w:rsidP="00A13CEE">
      <w:pPr>
        <w:spacing w:after="0" w:line="240" w:lineRule="auto"/>
        <w:rPr>
          <w:rFonts w:ascii="Arial" w:hAnsi="Arial" w:cs="Arial"/>
          <w:b/>
          <w:bCs/>
          <w:i/>
          <w:iCs/>
          <w:color w:val="000000" w:themeColor="text1"/>
        </w:rPr>
      </w:pPr>
      <w:r w:rsidRPr="00563D79">
        <w:rPr>
          <w:rFonts w:ascii="Arial" w:hAnsi="Arial" w:cs="Arial"/>
          <w:b/>
          <w:bCs/>
          <w:i/>
          <w:iCs/>
          <w:color w:val="000000" w:themeColor="text1"/>
        </w:rPr>
        <w:t>Físico en la institución:</w:t>
      </w:r>
    </w:p>
    <w:p w14:paraId="36C5DDA4" w14:textId="22A226E3" w:rsidR="006F387A" w:rsidRPr="00563D79" w:rsidRDefault="006F387A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Formato físico</w:t>
      </w:r>
      <w:r w:rsidR="00A75361" w:rsidRPr="00563D79">
        <w:rPr>
          <w:rFonts w:ascii="Arial" w:hAnsi="Arial" w:cs="Arial"/>
          <w:i/>
          <w:iCs/>
          <w:color w:val="000000" w:themeColor="text1"/>
        </w:rPr>
        <w:t>:</w:t>
      </w:r>
      <w:r w:rsidR="003034E8" w:rsidRPr="00563D79">
        <w:rPr>
          <w:rFonts w:ascii="Arial" w:hAnsi="Arial" w:cs="Arial"/>
          <w:i/>
          <w:iCs/>
          <w:color w:val="000000" w:themeColor="text1"/>
        </w:rPr>
        <w:t xml:space="preserve"> copia </w:t>
      </w:r>
      <w:r w:rsidRPr="00563D79">
        <w:rPr>
          <w:rFonts w:ascii="Arial" w:hAnsi="Arial" w:cs="Arial"/>
          <w:i/>
          <w:iCs/>
          <w:color w:val="000000" w:themeColor="text1"/>
        </w:rPr>
        <w:t>en papel (</w:t>
      </w:r>
      <w:r w:rsidR="00B95B12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</w:p>
    <w:p w14:paraId="2429AD93" w14:textId="19CE83C7" w:rsidR="006F387A" w:rsidRPr="00563D79" w:rsidRDefault="003034E8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lastRenderedPageBreak/>
        <w:t>Formato físico: CD (</w:t>
      </w:r>
      <w:r w:rsidR="00B95B12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</w:p>
    <w:p w14:paraId="56E7220C" w14:textId="77777777" w:rsidR="00A75361" w:rsidRPr="00563D79" w:rsidRDefault="00A75361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5A858387" w14:textId="690744CB" w:rsidR="00A75361" w:rsidRPr="00563D79" w:rsidRDefault="00A75361" w:rsidP="00A13CEE">
      <w:pPr>
        <w:spacing w:after="0" w:line="240" w:lineRule="auto"/>
        <w:rPr>
          <w:rFonts w:ascii="Arial" w:hAnsi="Arial" w:cs="Arial"/>
          <w:b/>
          <w:bCs/>
          <w:i/>
          <w:iCs/>
          <w:color w:val="000000" w:themeColor="text1"/>
        </w:rPr>
      </w:pPr>
      <w:r w:rsidRPr="00563D79">
        <w:rPr>
          <w:rFonts w:ascii="Arial" w:hAnsi="Arial" w:cs="Arial"/>
          <w:b/>
          <w:bCs/>
          <w:i/>
          <w:iCs/>
          <w:color w:val="000000" w:themeColor="text1"/>
        </w:rPr>
        <w:t>Correo electrónico:</w:t>
      </w:r>
    </w:p>
    <w:p w14:paraId="27E884D1" w14:textId="596EFED2" w:rsidR="003034E8" w:rsidRPr="00563D79" w:rsidRDefault="00FC3D94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Formato electrónico: Excel ( </w:t>
      </w:r>
      <w:r w:rsidR="00B95B12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>)</w:t>
      </w:r>
    </w:p>
    <w:p w14:paraId="1E39715C" w14:textId="1232A159" w:rsidR="00FC3D94" w:rsidRPr="00563D79" w:rsidRDefault="00FC3D94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Formato electrónico: PDF (</w:t>
      </w:r>
      <w:r w:rsidR="00B95B12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</w:p>
    <w:p w14:paraId="76DCB708" w14:textId="3B648BC1" w:rsidR="00FC3D94" w:rsidRPr="00563D79" w:rsidRDefault="00FC3D94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 xml:space="preserve">Formato electrónico: Word ( </w:t>
      </w:r>
      <w:r w:rsidR="00B95B12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>)</w:t>
      </w:r>
    </w:p>
    <w:p w14:paraId="16A15A6B" w14:textId="1B523C57" w:rsidR="00FC3D94" w:rsidRPr="00563D79" w:rsidRDefault="00D023C0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Formato electrónico: CSV (</w:t>
      </w:r>
      <w:r w:rsidR="00B95B12" w:rsidRPr="00563D79">
        <w:rPr>
          <w:rFonts w:ascii="Arial" w:hAnsi="Arial" w:cs="Arial"/>
          <w:i/>
          <w:iCs/>
          <w:color w:val="000000" w:themeColor="text1"/>
        </w:rPr>
        <w:t xml:space="preserve"> </w:t>
      </w:r>
      <w:r w:rsidRPr="00563D79">
        <w:rPr>
          <w:rFonts w:ascii="Arial" w:hAnsi="Arial" w:cs="Arial"/>
          <w:i/>
          <w:iCs/>
          <w:color w:val="000000" w:themeColor="text1"/>
        </w:rPr>
        <w:t xml:space="preserve"> )</w:t>
      </w:r>
    </w:p>
    <w:p w14:paraId="042D50D9" w14:textId="77777777" w:rsidR="00D023C0" w:rsidRPr="00563D79" w:rsidRDefault="00D023C0" w:rsidP="00A13CEE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68022B8F" w14:textId="77777777" w:rsidR="00CC7F17" w:rsidRPr="00563D79" w:rsidRDefault="00CC7F17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686764DA" w14:textId="77777777" w:rsidR="00CC7F17" w:rsidRPr="00563D79" w:rsidRDefault="00CC7F17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759B6854" w14:textId="77777777" w:rsidR="0001261F" w:rsidRPr="00563D79" w:rsidRDefault="0001261F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</w:p>
    <w:p w14:paraId="25E24E68" w14:textId="06BA761E" w:rsidR="00D50675" w:rsidRPr="00563D79" w:rsidRDefault="00D50675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</w:rPr>
      </w:pPr>
      <w:r w:rsidRPr="00563D79">
        <w:rPr>
          <w:rFonts w:ascii="Arial" w:hAnsi="Arial" w:cs="Arial"/>
          <w:i/>
          <w:iCs/>
          <w:color w:val="000000" w:themeColor="text1"/>
        </w:rPr>
        <w:t>__________________</w:t>
      </w:r>
      <w:r w:rsidR="00CA61C1" w:rsidRPr="00563D79">
        <w:rPr>
          <w:rFonts w:ascii="Arial" w:hAnsi="Arial" w:cs="Arial"/>
          <w:i/>
          <w:iCs/>
          <w:color w:val="000000" w:themeColor="text1"/>
        </w:rPr>
        <w:t>________________________</w:t>
      </w:r>
      <w:r w:rsidRPr="00563D79">
        <w:rPr>
          <w:rFonts w:ascii="Arial" w:hAnsi="Arial" w:cs="Arial"/>
          <w:i/>
          <w:iCs/>
          <w:color w:val="000000" w:themeColor="text1"/>
        </w:rPr>
        <w:t>_______________</w:t>
      </w:r>
      <w:r w:rsidR="0001261F" w:rsidRPr="00563D79">
        <w:rPr>
          <w:rFonts w:ascii="Arial" w:hAnsi="Arial" w:cs="Arial"/>
          <w:i/>
          <w:iCs/>
          <w:color w:val="000000" w:themeColor="text1"/>
        </w:rPr>
        <w:t>_____</w:t>
      </w:r>
      <w:r w:rsidRPr="00563D79">
        <w:rPr>
          <w:rFonts w:ascii="Arial" w:hAnsi="Arial" w:cs="Arial"/>
          <w:i/>
          <w:iCs/>
          <w:color w:val="000000" w:themeColor="text1"/>
        </w:rPr>
        <w:t>_____</w:t>
      </w:r>
    </w:p>
    <w:p w14:paraId="322DDCC4" w14:textId="647409D1" w:rsidR="00CA61C1" w:rsidRPr="00563D79" w:rsidRDefault="00CA61C1" w:rsidP="00E36C41">
      <w:pPr>
        <w:spacing w:after="0" w:line="240" w:lineRule="auto"/>
        <w:rPr>
          <w:rFonts w:ascii="Arial" w:hAnsi="Arial" w:cs="Arial"/>
          <w:b/>
          <w:bCs/>
          <w:i/>
          <w:iCs/>
          <w:color w:val="000000" w:themeColor="text1"/>
        </w:rPr>
      </w:pPr>
      <w:r w:rsidRPr="00563D79">
        <w:rPr>
          <w:rFonts w:ascii="Arial" w:hAnsi="Arial" w:cs="Arial"/>
          <w:b/>
          <w:bCs/>
          <w:i/>
          <w:iCs/>
          <w:color w:val="000000" w:themeColor="text1"/>
        </w:rPr>
        <w:t>Firma de la persona solicitante de información pública</w:t>
      </w:r>
    </w:p>
    <w:p w14:paraId="18F3345A" w14:textId="77777777" w:rsidR="00333D10" w:rsidRPr="00563D79" w:rsidRDefault="00333D10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  <w:sz w:val="16"/>
          <w:szCs w:val="16"/>
        </w:rPr>
      </w:pPr>
    </w:p>
    <w:p w14:paraId="64F16DB4" w14:textId="77777777" w:rsidR="0001261F" w:rsidRPr="00563D79" w:rsidRDefault="0001261F" w:rsidP="00E36C41">
      <w:pPr>
        <w:spacing w:after="0" w:line="240" w:lineRule="auto"/>
        <w:rPr>
          <w:rFonts w:ascii="Arial" w:hAnsi="Arial" w:cs="Arial"/>
          <w:i/>
          <w:iCs/>
          <w:color w:val="000000" w:themeColor="text1"/>
          <w:sz w:val="16"/>
          <w:szCs w:val="16"/>
        </w:rPr>
      </w:pPr>
    </w:p>
    <w:p w14:paraId="4985A31C" w14:textId="77777777" w:rsidR="0001261F" w:rsidRPr="00563D79" w:rsidRDefault="0001261F" w:rsidP="00333D10">
      <w:pPr>
        <w:spacing w:after="0" w:line="240" w:lineRule="auto"/>
        <w:jc w:val="right"/>
        <w:rPr>
          <w:rFonts w:ascii="Arial" w:hAnsi="Arial" w:cs="Arial"/>
          <w:b/>
          <w:bCs/>
          <w:i/>
          <w:iCs/>
          <w:color w:val="000000" w:themeColor="text1"/>
          <w:sz w:val="18"/>
          <w:szCs w:val="18"/>
        </w:rPr>
      </w:pPr>
    </w:p>
    <w:p w14:paraId="28CFA60F" w14:textId="19255DA1" w:rsidR="00333D10" w:rsidRPr="00563D79" w:rsidRDefault="00333D10" w:rsidP="00333D10">
      <w:pPr>
        <w:spacing w:after="0" w:line="240" w:lineRule="auto"/>
        <w:jc w:val="right"/>
        <w:rPr>
          <w:rFonts w:ascii="Arial" w:hAnsi="Arial" w:cs="Arial"/>
          <w:b/>
          <w:bCs/>
          <w:i/>
          <w:iCs/>
          <w:color w:val="000000" w:themeColor="text1"/>
          <w:sz w:val="18"/>
          <w:szCs w:val="18"/>
        </w:rPr>
      </w:pPr>
      <w:r w:rsidRPr="00563D79">
        <w:rPr>
          <w:rFonts w:ascii="Arial" w:hAnsi="Arial" w:cs="Arial"/>
          <w:b/>
          <w:bCs/>
          <w:i/>
          <w:iCs/>
          <w:color w:val="000000" w:themeColor="text1"/>
          <w:sz w:val="18"/>
          <w:szCs w:val="18"/>
        </w:rPr>
        <w:t>Defensoría del Pueblo de Ecuador (DPE)</w:t>
      </w:r>
    </w:p>
    <w:p w14:paraId="2D1789AF" w14:textId="662E15EC" w:rsidR="00333D10" w:rsidRPr="00563D79" w:rsidRDefault="00333D10" w:rsidP="00333D10">
      <w:pPr>
        <w:spacing w:after="0" w:line="240" w:lineRule="auto"/>
        <w:jc w:val="right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 w:rsidRPr="00563D79">
        <w:rPr>
          <w:rFonts w:ascii="Arial" w:hAnsi="Arial" w:cs="Arial"/>
          <w:i/>
          <w:iCs/>
          <w:color w:val="000000" w:themeColor="text1"/>
          <w:sz w:val="18"/>
          <w:szCs w:val="18"/>
        </w:rPr>
        <w:t>Coordinación General de Transparencia y Acceso a la Información Pública</w:t>
      </w:r>
    </w:p>
    <w:p w14:paraId="0FB1035E" w14:textId="51A8B30D" w:rsidR="00333D10" w:rsidRPr="00563D79" w:rsidRDefault="00333D10" w:rsidP="00333D10">
      <w:pPr>
        <w:spacing w:after="0" w:line="240" w:lineRule="auto"/>
        <w:jc w:val="right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 w:rsidRPr="00563D79">
        <w:rPr>
          <w:rFonts w:ascii="Arial" w:hAnsi="Arial" w:cs="Arial"/>
          <w:i/>
          <w:iCs/>
          <w:color w:val="000000" w:themeColor="text1"/>
          <w:sz w:val="18"/>
          <w:szCs w:val="18"/>
        </w:rPr>
        <w:t>Dirección Nacional de Promoción y Garantía del Acceso a la Información Pública</w:t>
      </w:r>
    </w:p>
    <w:p w14:paraId="56FEBD26" w14:textId="184A994B" w:rsidR="00333D10" w:rsidRPr="00563D79" w:rsidRDefault="00333D10" w:rsidP="00333D10">
      <w:pPr>
        <w:spacing w:after="0" w:line="240" w:lineRule="auto"/>
        <w:jc w:val="right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 w:rsidRPr="00563D79">
        <w:rPr>
          <w:rFonts w:ascii="Arial" w:hAnsi="Arial" w:cs="Arial"/>
          <w:i/>
          <w:iCs/>
          <w:color w:val="000000" w:themeColor="text1"/>
          <w:sz w:val="18"/>
          <w:szCs w:val="18"/>
        </w:rPr>
        <w:t>Dirección Nacional de Promoción y Monitoreo de la Transparencia Activa</w:t>
      </w:r>
    </w:p>
    <w:p w14:paraId="50409681" w14:textId="7E820CB8" w:rsidR="00333D10" w:rsidRPr="00563D79" w:rsidRDefault="0090306B" w:rsidP="00333D10">
      <w:pPr>
        <w:spacing w:after="0" w:line="240" w:lineRule="auto"/>
        <w:jc w:val="right"/>
        <w:rPr>
          <w:rFonts w:ascii="Arial" w:hAnsi="Arial" w:cs="Arial"/>
          <w:i/>
          <w:iCs/>
          <w:color w:val="000000" w:themeColor="text1"/>
          <w:sz w:val="18"/>
          <w:szCs w:val="18"/>
        </w:rPr>
      </w:pPr>
      <w:r w:rsidRPr="00563D79">
        <w:rPr>
          <w:rFonts w:ascii="Arial" w:hAnsi="Arial" w:cs="Arial"/>
          <w:i/>
          <w:iCs/>
          <w:color w:val="000000" w:themeColor="text1"/>
          <w:sz w:val="18"/>
          <w:szCs w:val="18"/>
        </w:rPr>
        <w:t>Noviembre, 2024</w:t>
      </w:r>
    </w:p>
    <w:sectPr w:rsidR="00333D10" w:rsidRPr="00563D79" w:rsidSect="00563D79">
      <w:headerReference w:type="default" r:id="rId8"/>
      <w:footerReference w:type="default" r:id="rId9"/>
      <w:pgSz w:w="11900" w:h="16840"/>
      <w:pgMar w:top="2476" w:right="1800" w:bottom="261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80512A" w14:textId="77777777" w:rsidR="00DC21B9" w:rsidRPr="00B95B12" w:rsidRDefault="00DC21B9" w:rsidP="00CA61C1">
      <w:pPr>
        <w:spacing w:after="0" w:line="240" w:lineRule="auto"/>
      </w:pPr>
      <w:r w:rsidRPr="00B95B12">
        <w:separator/>
      </w:r>
    </w:p>
  </w:endnote>
  <w:endnote w:type="continuationSeparator" w:id="0">
    <w:p w14:paraId="0A2410DF" w14:textId="77777777" w:rsidR="00DC21B9" w:rsidRPr="00B95B12" w:rsidRDefault="00DC21B9" w:rsidP="00CA61C1">
      <w:pPr>
        <w:spacing w:after="0" w:line="240" w:lineRule="auto"/>
      </w:pPr>
      <w:r w:rsidRPr="00B95B12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48CF96" w14:textId="1B332081" w:rsidR="00563D79" w:rsidRDefault="00563D79">
    <w:pPr>
      <w:pStyle w:val="Foot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7AEC9A84" wp14:editId="0790A947">
          <wp:simplePos x="0" y="0"/>
          <wp:positionH relativeFrom="column">
            <wp:posOffset>-1184759</wp:posOffset>
          </wp:positionH>
          <wp:positionV relativeFrom="paragraph">
            <wp:posOffset>-1305627</wp:posOffset>
          </wp:positionV>
          <wp:extent cx="7583805" cy="1942194"/>
          <wp:effectExtent l="0" t="0" r="0" b="1270"/>
          <wp:wrapNone/>
          <wp:docPr id="19765617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656176" name="Picture 197656176"/>
                  <pic:cNvPicPr/>
                </pic:nvPicPr>
                <pic:blipFill rotWithShape="1"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3805" cy="194219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76460F" w14:textId="77777777" w:rsidR="00DC21B9" w:rsidRPr="00B95B12" w:rsidRDefault="00DC21B9" w:rsidP="00CA61C1">
      <w:pPr>
        <w:spacing w:after="0" w:line="240" w:lineRule="auto"/>
      </w:pPr>
      <w:r w:rsidRPr="00B95B12">
        <w:separator/>
      </w:r>
    </w:p>
  </w:footnote>
  <w:footnote w:type="continuationSeparator" w:id="0">
    <w:p w14:paraId="676F2795" w14:textId="77777777" w:rsidR="00DC21B9" w:rsidRPr="00B95B12" w:rsidRDefault="00DC21B9" w:rsidP="00CA61C1">
      <w:pPr>
        <w:spacing w:after="0" w:line="240" w:lineRule="auto"/>
      </w:pPr>
      <w:r w:rsidRPr="00B95B12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3DB9E" w14:textId="14B5BD7D" w:rsidR="00CA61C1" w:rsidRPr="00B95B12" w:rsidRDefault="00563D79" w:rsidP="00CA61C1">
    <w:pPr>
      <w:pStyle w:val="Header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3B49CAD" wp14:editId="0A968866">
          <wp:simplePos x="0" y="0"/>
          <wp:positionH relativeFrom="column">
            <wp:posOffset>-1186775</wp:posOffset>
          </wp:positionH>
          <wp:positionV relativeFrom="paragraph">
            <wp:posOffset>-457200</wp:posOffset>
          </wp:positionV>
          <wp:extent cx="7583872" cy="1328216"/>
          <wp:effectExtent l="0" t="0" r="0" b="5715"/>
          <wp:wrapNone/>
          <wp:docPr id="1702881430" name="Imagen 1" descr="A white background with blue line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2881430" name="Imagen 1" descr="A white background with blue lines&#10;&#10;AI-generated content may be incorrect."/>
                  <pic:cNvPicPr/>
                </pic:nvPicPr>
                <pic:blipFill rotWithShape="1"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83872" cy="132821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047363937">
    <w:abstractNumId w:val="8"/>
  </w:num>
  <w:num w:numId="2" w16cid:durableId="282880774">
    <w:abstractNumId w:val="6"/>
  </w:num>
  <w:num w:numId="3" w16cid:durableId="1147475182">
    <w:abstractNumId w:val="5"/>
  </w:num>
  <w:num w:numId="4" w16cid:durableId="2096971357">
    <w:abstractNumId w:val="4"/>
  </w:num>
  <w:num w:numId="5" w16cid:durableId="283655587">
    <w:abstractNumId w:val="7"/>
  </w:num>
  <w:num w:numId="6" w16cid:durableId="1160467454">
    <w:abstractNumId w:val="3"/>
  </w:num>
  <w:num w:numId="7" w16cid:durableId="582883864">
    <w:abstractNumId w:val="2"/>
  </w:num>
  <w:num w:numId="8" w16cid:durableId="947348168">
    <w:abstractNumId w:val="1"/>
  </w:num>
  <w:num w:numId="9" w16cid:durableId="8215028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hideSpellingErrors/>
  <w:hideGrammaticalError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261F"/>
    <w:rsid w:val="00034616"/>
    <w:rsid w:val="0006063C"/>
    <w:rsid w:val="00093838"/>
    <w:rsid w:val="0015074B"/>
    <w:rsid w:val="00193351"/>
    <w:rsid w:val="00202A29"/>
    <w:rsid w:val="0025680B"/>
    <w:rsid w:val="0029639D"/>
    <w:rsid w:val="002C4CCC"/>
    <w:rsid w:val="002E0681"/>
    <w:rsid w:val="003034E8"/>
    <w:rsid w:val="00326F90"/>
    <w:rsid w:val="00333D10"/>
    <w:rsid w:val="003C3F15"/>
    <w:rsid w:val="003D2ACD"/>
    <w:rsid w:val="003F3EB4"/>
    <w:rsid w:val="00425FF3"/>
    <w:rsid w:val="004723F0"/>
    <w:rsid w:val="004A0F3B"/>
    <w:rsid w:val="00563D79"/>
    <w:rsid w:val="00581FCA"/>
    <w:rsid w:val="005C3169"/>
    <w:rsid w:val="00620EDB"/>
    <w:rsid w:val="006E5693"/>
    <w:rsid w:val="006F387A"/>
    <w:rsid w:val="008015D7"/>
    <w:rsid w:val="008D653A"/>
    <w:rsid w:val="0090306B"/>
    <w:rsid w:val="00A13CEE"/>
    <w:rsid w:val="00A32D2A"/>
    <w:rsid w:val="00A75361"/>
    <w:rsid w:val="00AA1D8D"/>
    <w:rsid w:val="00AA2044"/>
    <w:rsid w:val="00B0044E"/>
    <w:rsid w:val="00B360F4"/>
    <w:rsid w:val="00B47730"/>
    <w:rsid w:val="00B76DC0"/>
    <w:rsid w:val="00B95B12"/>
    <w:rsid w:val="00C33D24"/>
    <w:rsid w:val="00CA61C1"/>
    <w:rsid w:val="00CB0664"/>
    <w:rsid w:val="00CB4ABC"/>
    <w:rsid w:val="00CC7F17"/>
    <w:rsid w:val="00D023C0"/>
    <w:rsid w:val="00D50675"/>
    <w:rsid w:val="00DC176D"/>
    <w:rsid w:val="00DC21B9"/>
    <w:rsid w:val="00E36C41"/>
    <w:rsid w:val="00FC3D94"/>
    <w:rsid w:val="00FC626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438E3252"/>
  <w14:defaultImageDpi w14:val="300"/>
  <w15:docId w15:val="{9EDA1061-B241-4700-9B02-40679FC1C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lang w:val="es-EC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455</Words>
  <Characters>2498</Characters>
  <Application>Microsoft Office Word</Application>
  <DocSecurity>0</DocSecurity>
  <Lines>34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2945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HECTOR GUERRA</cp:lastModifiedBy>
  <cp:revision>3</cp:revision>
  <dcterms:created xsi:type="dcterms:W3CDTF">2026-03-06T20:18:00Z</dcterms:created>
  <dcterms:modified xsi:type="dcterms:W3CDTF">2026-03-06T20:20:00Z</dcterms:modified>
  <cp:category/>
</cp:coreProperties>
</file>