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434CF" w14:textId="2EDD22B1" w:rsidR="00B76DC0" w:rsidRPr="00563D79" w:rsidRDefault="00093838" w:rsidP="00D50675">
      <w:pPr>
        <w:pStyle w:val="Ttulo1"/>
        <w:spacing w:before="0" w:line="240" w:lineRule="auto"/>
        <w:jc w:val="center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Formulario de Solicitud de Acceso a la Información</w:t>
      </w:r>
      <w:r w:rsidR="00FC6263" w:rsidRPr="00563D79">
        <w:rPr>
          <w:rFonts w:ascii="Arial" w:hAnsi="Arial" w:cs="Arial"/>
          <w:color w:val="000000" w:themeColor="text1"/>
        </w:rPr>
        <w:t xml:space="preserve"> Pública (SAIP)</w:t>
      </w:r>
    </w:p>
    <w:p w14:paraId="443A8F6A" w14:textId="7488B172" w:rsidR="00E36C41" w:rsidRPr="00563D79" w:rsidRDefault="00093838" w:rsidP="00D50675">
      <w:pPr>
        <w:spacing w:after="0" w:line="240" w:lineRule="auto"/>
        <w:jc w:val="center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Por favor, complete la siguiente información antes de </w:t>
      </w:r>
      <w:r w:rsidR="00E36C41" w:rsidRPr="00563D79">
        <w:rPr>
          <w:rFonts w:ascii="Arial" w:hAnsi="Arial" w:cs="Arial"/>
          <w:color w:val="000000" w:themeColor="text1"/>
        </w:rPr>
        <w:t>entregar</w:t>
      </w:r>
    </w:p>
    <w:p w14:paraId="159CA16A" w14:textId="77777777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br/>
      </w:r>
    </w:p>
    <w:p w14:paraId="34E9130F" w14:textId="48778CDE" w:rsidR="00B76DC0" w:rsidRPr="00563D79" w:rsidRDefault="00093838" w:rsidP="00E36C41">
      <w:pPr>
        <w:pStyle w:val="Ttulo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Datos de la </w:t>
      </w:r>
      <w:r w:rsidR="00CA61C1" w:rsidRPr="00563D79">
        <w:rPr>
          <w:rFonts w:ascii="Arial" w:hAnsi="Arial" w:cs="Arial"/>
          <w:color w:val="000000" w:themeColor="text1"/>
        </w:rPr>
        <w:t>e</w:t>
      </w:r>
      <w:r w:rsidRPr="00563D79">
        <w:rPr>
          <w:rFonts w:ascii="Arial" w:hAnsi="Arial" w:cs="Arial"/>
          <w:color w:val="000000" w:themeColor="text1"/>
        </w:rPr>
        <w:t>ntidad</w:t>
      </w:r>
      <w:r w:rsidR="00CA61C1" w:rsidRPr="00563D79">
        <w:rPr>
          <w:rFonts w:ascii="Arial" w:hAnsi="Arial" w:cs="Arial"/>
          <w:color w:val="000000" w:themeColor="text1"/>
        </w:rPr>
        <w:t>:</w:t>
      </w:r>
    </w:p>
    <w:p w14:paraId="72A0FBA5" w14:textId="77777777" w:rsidR="00CA61C1" w:rsidRPr="00563D79" w:rsidRDefault="00CA61C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6C8CFF16" w14:textId="63E1FFFC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Fecha: 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</w:t>
      </w:r>
      <w:r w:rsidR="00FC6263" w:rsidRPr="00563D79">
        <w:rPr>
          <w:rFonts w:ascii="Arial" w:hAnsi="Arial" w:cs="Arial"/>
          <w:color w:val="000000" w:themeColor="text1"/>
        </w:rPr>
        <w:t>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______________________________________________</w:t>
      </w:r>
    </w:p>
    <w:p w14:paraId="7822EA9F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6E8FCADF" w14:textId="27489927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Institución</w:t>
      </w:r>
      <w:r w:rsidR="00FC6263" w:rsidRPr="00563D79">
        <w:rPr>
          <w:rFonts w:ascii="Arial" w:hAnsi="Arial" w:cs="Arial"/>
          <w:color w:val="000000" w:themeColor="text1"/>
        </w:rPr>
        <w:t xml:space="preserve"> requerida</w:t>
      </w:r>
      <w:r w:rsidRPr="00563D79">
        <w:rPr>
          <w:rFonts w:ascii="Arial" w:hAnsi="Arial" w:cs="Arial"/>
          <w:color w:val="000000" w:themeColor="text1"/>
        </w:rPr>
        <w:t>: 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____________________________________________________</w:t>
      </w:r>
    </w:p>
    <w:p w14:paraId="1D66C99F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0B518EF0" w14:textId="6896C3CC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Ciudad: ________________________________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</w:t>
      </w:r>
      <w:r w:rsidR="00FC6263" w:rsidRPr="00563D79">
        <w:rPr>
          <w:rFonts w:ascii="Arial" w:hAnsi="Arial" w:cs="Arial"/>
          <w:color w:val="000000" w:themeColor="text1"/>
        </w:rPr>
        <w:t>_________</w:t>
      </w:r>
      <w:r w:rsidR="00E36C41" w:rsidRPr="00563D79">
        <w:rPr>
          <w:rFonts w:ascii="Arial" w:hAnsi="Arial" w:cs="Arial"/>
          <w:color w:val="000000" w:themeColor="text1"/>
        </w:rPr>
        <w:t>_________________</w:t>
      </w:r>
    </w:p>
    <w:p w14:paraId="52E54D2D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41CE95D5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2D56E818" w14:textId="41BE7C09" w:rsidR="00B76DC0" w:rsidRPr="00563D79" w:rsidRDefault="00093838" w:rsidP="00E36C41">
      <w:pPr>
        <w:pStyle w:val="Ttulo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Persona </w:t>
      </w:r>
      <w:r w:rsidR="00CA61C1" w:rsidRPr="00563D79">
        <w:rPr>
          <w:rFonts w:ascii="Arial" w:hAnsi="Arial" w:cs="Arial"/>
          <w:color w:val="000000" w:themeColor="text1"/>
        </w:rPr>
        <w:t>solicitante de información pública:</w:t>
      </w:r>
    </w:p>
    <w:p w14:paraId="594E267C" w14:textId="77777777" w:rsidR="00FC6263" w:rsidRPr="00563D79" w:rsidRDefault="00FC6263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382C63BA" w14:textId="061E17CB" w:rsidR="00620EDB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Nombre</w:t>
      </w:r>
      <w:r w:rsidR="00620EDB" w:rsidRPr="00563D79">
        <w:rPr>
          <w:rFonts w:ascii="Arial" w:hAnsi="Arial" w:cs="Arial"/>
          <w:color w:val="000000" w:themeColor="text1"/>
        </w:rPr>
        <w:t>(s)</w:t>
      </w:r>
      <w:r w:rsidRPr="00563D79">
        <w:rPr>
          <w:rFonts w:ascii="Arial" w:hAnsi="Arial" w:cs="Arial"/>
          <w:color w:val="000000" w:themeColor="text1"/>
        </w:rPr>
        <w:t>:</w:t>
      </w:r>
      <w:r w:rsidR="00FC6263" w:rsidRPr="00563D79">
        <w:rPr>
          <w:rFonts w:ascii="Arial" w:hAnsi="Arial" w:cs="Arial"/>
          <w:color w:val="000000" w:themeColor="text1"/>
        </w:rPr>
        <w:t xml:space="preserve"> </w:t>
      </w:r>
      <w:r w:rsidR="00E36C41" w:rsidRPr="00563D79">
        <w:rPr>
          <w:rFonts w:ascii="Arial" w:hAnsi="Arial" w:cs="Arial"/>
          <w:color w:val="000000" w:themeColor="text1"/>
        </w:rPr>
        <w:t>_______________</w:t>
      </w:r>
      <w:r w:rsidR="00620EDB" w:rsidRPr="00563D79">
        <w:rPr>
          <w:rFonts w:ascii="Arial" w:hAnsi="Arial" w:cs="Arial"/>
          <w:color w:val="000000" w:themeColor="text1"/>
        </w:rPr>
        <w:t>__________________________</w:t>
      </w:r>
      <w:r w:rsidR="00E36C41" w:rsidRPr="00563D79">
        <w:rPr>
          <w:rFonts w:ascii="Arial" w:hAnsi="Arial" w:cs="Arial"/>
          <w:color w:val="000000" w:themeColor="text1"/>
        </w:rPr>
        <w:t>_______</w:t>
      </w:r>
      <w:r w:rsidR="00FC6263" w:rsidRPr="00563D79">
        <w:rPr>
          <w:rFonts w:ascii="Arial" w:hAnsi="Arial" w:cs="Arial"/>
          <w:color w:val="000000" w:themeColor="text1"/>
        </w:rPr>
        <w:t>___</w:t>
      </w:r>
      <w:r w:rsidR="00E36C41" w:rsidRPr="00563D79">
        <w:rPr>
          <w:rFonts w:ascii="Arial" w:hAnsi="Arial" w:cs="Arial"/>
          <w:color w:val="000000" w:themeColor="text1"/>
        </w:rPr>
        <w:t xml:space="preserve">______________ </w:t>
      </w:r>
    </w:p>
    <w:p w14:paraId="3D88A945" w14:textId="77777777" w:rsidR="00620EDB" w:rsidRPr="00563D79" w:rsidRDefault="00620EDB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7A12A0C7" w14:textId="26A0E497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Apellido</w:t>
      </w:r>
      <w:r w:rsidR="00620EDB" w:rsidRPr="00563D79">
        <w:rPr>
          <w:rFonts w:ascii="Arial" w:hAnsi="Arial" w:cs="Arial"/>
          <w:color w:val="000000" w:themeColor="text1"/>
        </w:rPr>
        <w:t>(s)</w:t>
      </w:r>
      <w:r w:rsidRPr="00563D79">
        <w:rPr>
          <w:rFonts w:ascii="Arial" w:hAnsi="Arial" w:cs="Arial"/>
          <w:color w:val="000000" w:themeColor="text1"/>
        </w:rPr>
        <w:t>: ______________</w:t>
      </w:r>
      <w:r w:rsidR="00620EDB" w:rsidRPr="00563D79">
        <w:rPr>
          <w:rFonts w:ascii="Arial" w:hAnsi="Arial" w:cs="Arial"/>
          <w:color w:val="000000" w:themeColor="text1"/>
        </w:rPr>
        <w:t>______________________</w:t>
      </w:r>
      <w:r w:rsidRPr="00563D79">
        <w:rPr>
          <w:rFonts w:ascii="Arial" w:hAnsi="Arial" w:cs="Arial"/>
          <w:color w:val="000000" w:themeColor="text1"/>
        </w:rPr>
        <w:t>_</w:t>
      </w:r>
      <w:r w:rsidR="00E36C41" w:rsidRPr="00563D79">
        <w:rPr>
          <w:rFonts w:ascii="Arial" w:hAnsi="Arial" w:cs="Arial"/>
          <w:color w:val="000000" w:themeColor="text1"/>
        </w:rPr>
        <w:t>_______</w:t>
      </w:r>
      <w:r w:rsidR="00FC6263" w:rsidRPr="00563D79">
        <w:rPr>
          <w:rFonts w:ascii="Arial" w:hAnsi="Arial" w:cs="Arial"/>
          <w:color w:val="000000" w:themeColor="text1"/>
        </w:rPr>
        <w:t>____</w:t>
      </w:r>
      <w:r w:rsidR="00E36C41" w:rsidRPr="00563D79">
        <w:rPr>
          <w:rFonts w:ascii="Arial" w:hAnsi="Arial" w:cs="Arial"/>
          <w:color w:val="000000" w:themeColor="text1"/>
        </w:rPr>
        <w:t>_________________</w:t>
      </w:r>
    </w:p>
    <w:p w14:paraId="37AEFE1C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4F574FEA" w14:textId="5AD544A6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Correo Electrónico: ____________</w:t>
      </w:r>
      <w:r w:rsidR="00FC6263" w:rsidRPr="00563D79">
        <w:rPr>
          <w:rFonts w:ascii="Arial" w:hAnsi="Arial" w:cs="Arial"/>
          <w:color w:val="000000" w:themeColor="text1"/>
        </w:rPr>
        <w:t>_______</w:t>
      </w:r>
      <w:r w:rsidRPr="00563D79">
        <w:rPr>
          <w:rFonts w:ascii="Arial" w:hAnsi="Arial" w:cs="Arial"/>
          <w:color w:val="000000" w:themeColor="text1"/>
        </w:rPr>
        <w:t>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___________________________________________________</w:t>
      </w:r>
    </w:p>
    <w:p w14:paraId="63A19262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4879934A" w14:textId="56062169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Teléfono: ________</w:t>
      </w:r>
      <w:r w:rsidR="00FC6263" w:rsidRPr="00563D79">
        <w:rPr>
          <w:rFonts w:ascii="Arial" w:hAnsi="Arial" w:cs="Arial"/>
          <w:color w:val="000000" w:themeColor="text1"/>
        </w:rPr>
        <w:t>_______</w:t>
      </w:r>
      <w:r w:rsidRPr="00563D79">
        <w:rPr>
          <w:rFonts w:ascii="Arial" w:hAnsi="Arial" w:cs="Arial"/>
          <w:color w:val="000000" w:themeColor="text1"/>
        </w:rPr>
        <w:t>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______________________________________________________</w:t>
      </w:r>
    </w:p>
    <w:p w14:paraId="7B1467FA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3A0C13AE" w14:textId="77777777" w:rsidR="006E5693" w:rsidRPr="00563D79" w:rsidRDefault="006E5693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58E5E9D0" w14:textId="77777777" w:rsidR="00B76DC0" w:rsidRPr="00563D79" w:rsidRDefault="00093838" w:rsidP="00FC6263">
      <w:pPr>
        <w:pStyle w:val="Ttulo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Género: </w:t>
      </w:r>
    </w:p>
    <w:p w14:paraId="5ED26F9C" w14:textId="77777777" w:rsidR="006E5693" w:rsidRPr="00563D79" w:rsidRDefault="006E5693" w:rsidP="00FC6263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46E29CA0" w14:textId="2D5CDE8C" w:rsidR="00FC6263" w:rsidRPr="00563D79" w:rsidRDefault="00E36C41" w:rsidP="00FC6263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Masculino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  <w:r w:rsidRPr="00563D79">
        <w:rPr>
          <w:rFonts w:ascii="Arial" w:hAnsi="Arial" w:cs="Arial"/>
          <w:i/>
          <w:iCs/>
          <w:color w:val="000000" w:themeColor="text1"/>
        </w:rPr>
        <w:t xml:space="preserve">    </w:t>
      </w:r>
    </w:p>
    <w:p w14:paraId="486A337D" w14:textId="35C99D1C" w:rsidR="00FC6263" w:rsidRPr="00563D79" w:rsidRDefault="00E36C41" w:rsidP="00FC6263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Femenino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 xml:space="preserve">( 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>)</w:t>
      </w:r>
      <w:proofErr w:type="gramEnd"/>
      <w:r w:rsidRPr="00563D79">
        <w:rPr>
          <w:rFonts w:ascii="Arial" w:hAnsi="Arial" w:cs="Arial"/>
          <w:i/>
          <w:iCs/>
          <w:color w:val="000000" w:themeColor="text1"/>
        </w:rPr>
        <w:t xml:space="preserve">   </w:t>
      </w:r>
    </w:p>
    <w:p w14:paraId="4B48205F" w14:textId="290EBF32" w:rsidR="00FC6263" w:rsidRPr="00563D79" w:rsidRDefault="00E36C41" w:rsidP="00FC6263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LGBTIQ+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 xml:space="preserve">( 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>)</w:t>
      </w:r>
      <w:proofErr w:type="gramEnd"/>
      <w:r w:rsidRPr="00563D79">
        <w:rPr>
          <w:rFonts w:ascii="Arial" w:hAnsi="Arial" w:cs="Arial"/>
          <w:i/>
          <w:iCs/>
          <w:color w:val="000000" w:themeColor="text1"/>
        </w:rPr>
        <w:t xml:space="preserve">  </w:t>
      </w:r>
    </w:p>
    <w:p w14:paraId="67495615" w14:textId="211181DF" w:rsidR="00E36C41" w:rsidRPr="00563D79" w:rsidRDefault="00E36C41" w:rsidP="00FC6263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Otro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: </w:t>
      </w:r>
      <w:r w:rsidRPr="00563D79">
        <w:rPr>
          <w:rFonts w:ascii="Arial" w:hAnsi="Arial" w:cs="Arial"/>
          <w:i/>
          <w:iCs/>
          <w:color w:val="000000" w:themeColor="text1"/>
        </w:rPr>
        <w:t>______________________</w:t>
      </w:r>
    </w:p>
    <w:p w14:paraId="037854B3" w14:textId="77777777" w:rsidR="00E36C41" w:rsidRPr="00563D79" w:rsidRDefault="00E36C41" w:rsidP="006E5693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66DD8B2E" w14:textId="77777777" w:rsidR="006E5693" w:rsidRPr="00563D79" w:rsidRDefault="006E5693" w:rsidP="006E5693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3A560E2D" w14:textId="77777777" w:rsidR="00B76DC0" w:rsidRPr="00563D79" w:rsidRDefault="00093838" w:rsidP="00FC6263">
      <w:pPr>
        <w:pStyle w:val="Ttulo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lastRenderedPageBreak/>
        <w:t xml:space="preserve">Autoidentificación cultural: </w:t>
      </w:r>
    </w:p>
    <w:p w14:paraId="126AA234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0718A9B8" w14:textId="2B7CEDA0" w:rsidR="00FC6263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Mestiza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  <w:r w:rsidRPr="00563D79">
        <w:rPr>
          <w:rFonts w:ascii="Arial" w:hAnsi="Arial" w:cs="Arial"/>
          <w:i/>
          <w:iCs/>
          <w:color w:val="000000" w:themeColor="text1"/>
        </w:rPr>
        <w:t xml:space="preserve">                                    </w:t>
      </w:r>
    </w:p>
    <w:p w14:paraId="52BE8942" w14:textId="48063DB8" w:rsidR="00FC6263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Pueblo </w:t>
      </w:r>
      <w:r w:rsidR="00425FF3" w:rsidRPr="00563D79">
        <w:rPr>
          <w:rFonts w:ascii="Arial" w:hAnsi="Arial" w:cs="Arial"/>
          <w:i/>
          <w:iCs/>
          <w:color w:val="000000" w:themeColor="text1"/>
        </w:rPr>
        <w:t>m</w:t>
      </w:r>
      <w:r w:rsidRPr="00563D79">
        <w:rPr>
          <w:rFonts w:ascii="Arial" w:hAnsi="Arial" w:cs="Arial"/>
          <w:i/>
          <w:iCs/>
          <w:color w:val="000000" w:themeColor="text1"/>
        </w:rPr>
        <w:t>ontu</w:t>
      </w:r>
      <w:r w:rsidR="00425FF3" w:rsidRPr="00563D79">
        <w:rPr>
          <w:rFonts w:ascii="Arial" w:hAnsi="Arial" w:cs="Arial"/>
          <w:i/>
          <w:iCs/>
          <w:color w:val="000000" w:themeColor="text1"/>
        </w:rPr>
        <w:t>v</w:t>
      </w:r>
      <w:r w:rsidRPr="00563D79">
        <w:rPr>
          <w:rFonts w:ascii="Arial" w:hAnsi="Arial" w:cs="Arial"/>
          <w:i/>
          <w:iCs/>
          <w:color w:val="000000" w:themeColor="text1"/>
        </w:rPr>
        <w:t>io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  <w:r w:rsidRPr="00563D79">
        <w:rPr>
          <w:rFonts w:ascii="Arial" w:hAnsi="Arial" w:cs="Arial"/>
          <w:i/>
          <w:iCs/>
          <w:color w:val="000000" w:themeColor="text1"/>
        </w:rPr>
        <w:t xml:space="preserve">          </w:t>
      </w:r>
    </w:p>
    <w:p w14:paraId="1FDD4DCE" w14:textId="0BDB4928" w:rsidR="00E36C41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Pueblo o </w:t>
      </w:r>
      <w:r w:rsidR="00425FF3" w:rsidRPr="00563D79">
        <w:rPr>
          <w:rFonts w:ascii="Arial" w:hAnsi="Arial" w:cs="Arial"/>
          <w:i/>
          <w:iCs/>
          <w:color w:val="000000" w:themeColor="text1"/>
        </w:rPr>
        <w:t>n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acionalidad </w:t>
      </w:r>
      <w:r w:rsidR="00425FF3" w:rsidRPr="00563D79">
        <w:rPr>
          <w:rFonts w:ascii="Arial" w:hAnsi="Arial" w:cs="Arial"/>
          <w:i/>
          <w:iCs/>
          <w:color w:val="000000" w:themeColor="text1"/>
        </w:rPr>
        <w:t>i</w:t>
      </w:r>
      <w:r w:rsidRPr="00563D79">
        <w:rPr>
          <w:rFonts w:ascii="Arial" w:hAnsi="Arial" w:cs="Arial"/>
          <w:i/>
          <w:iCs/>
          <w:color w:val="000000" w:themeColor="text1"/>
        </w:rPr>
        <w:t>ndígena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  <w:r w:rsidRPr="00563D79">
        <w:rPr>
          <w:rFonts w:ascii="Arial" w:hAnsi="Arial" w:cs="Arial"/>
          <w:i/>
          <w:iCs/>
          <w:color w:val="000000" w:themeColor="text1"/>
        </w:rPr>
        <w:t xml:space="preserve">  </w:t>
      </w:r>
    </w:p>
    <w:p w14:paraId="57E16A58" w14:textId="76D3D08D" w:rsidR="00FC6263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Pueblo </w:t>
      </w:r>
      <w:r w:rsidR="004723F0" w:rsidRPr="00563D79">
        <w:rPr>
          <w:rFonts w:ascii="Arial" w:hAnsi="Arial" w:cs="Arial"/>
          <w:i/>
          <w:iCs/>
          <w:color w:val="000000" w:themeColor="text1"/>
        </w:rPr>
        <w:t>a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frodescendiente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 xml:space="preserve">( 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>)</w:t>
      </w:r>
      <w:proofErr w:type="gramEnd"/>
      <w:r w:rsidRPr="00563D79">
        <w:rPr>
          <w:rFonts w:ascii="Arial" w:hAnsi="Arial" w:cs="Arial"/>
          <w:i/>
          <w:iCs/>
          <w:color w:val="000000" w:themeColor="text1"/>
        </w:rPr>
        <w:t xml:space="preserve">   </w:t>
      </w:r>
    </w:p>
    <w:p w14:paraId="557CB01B" w14:textId="60E63B58" w:rsidR="00FC6263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Blanc</w:t>
      </w:r>
      <w:r w:rsidR="004723F0" w:rsidRPr="00563D79">
        <w:rPr>
          <w:rFonts w:ascii="Arial" w:hAnsi="Arial" w:cs="Arial"/>
          <w:i/>
          <w:iCs/>
          <w:color w:val="000000" w:themeColor="text1"/>
        </w:rPr>
        <w:t>a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  <w:r w:rsidRPr="00563D79">
        <w:rPr>
          <w:rFonts w:ascii="Arial" w:hAnsi="Arial" w:cs="Arial"/>
          <w:i/>
          <w:iCs/>
          <w:color w:val="000000" w:themeColor="text1"/>
        </w:rPr>
        <w:t xml:space="preserve">                            </w:t>
      </w:r>
    </w:p>
    <w:p w14:paraId="3547C07B" w14:textId="77777777" w:rsidR="00563D79" w:rsidRPr="00563D79" w:rsidRDefault="00E36C41" w:rsidP="00563D79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Otro: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>__________________________</w:t>
      </w:r>
    </w:p>
    <w:p w14:paraId="28A869D4" w14:textId="77777777" w:rsidR="00563D79" w:rsidRPr="00563D79" w:rsidRDefault="00563D79" w:rsidP="00563D79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77BCF238" w14:textId="1CB00B26" w:rsidR="00B76DC0" w:rsidRPr="00563D79" w:rsidRDefault="00093838" w:rsidP="00563D79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563D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Solicitud de </w:t>
      </w:r>
      <w:r w:rsidR="004723F0" w:rsidRPr="00563D79">
        <w:rPr>
          <w:rFonts w:ascii="Arial" w:hAnsi="Arial" w:cs="Arial"/>
          <w:b/>
          <w:bCs/>
          <w:color w:val="000000" w:themeColor="text1"/>
          <w:sz w:val="26"/>
          <w:szCs w:val="26"/>
        </w:rPr>
        <w:t>i</w:t>
      </w:r>
      <w:r w:rsidRPr="00563D79">
        <w:rPr>
          <w:rFonts w:ascii="Arial" w:hAnsi="Arial" w:cs="Arial"/>
          <w:b/>
          <w:bCs/>
          <w:color w:val="000000" w:themeColor="text1"/>
          <w:sz w:val="26"/>
          <w:szCs w:val="26"/>
        </w:rPr>
        <w:t>nformación</w:t>
      </w:r>
      <w:r w:rsidR="004723F0" w:rsidRPr="00563D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pública:</w:t>
      </w:r>
    </w:p>
    <w:p w14:paraId="1D675152" w14:textId="2FBFED1A" w:rsidR="00202A29" w:rsidRPr="00563D79" w:rsidRDefault="00202A29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Escriba con detalle la información que necesita que la institución le entregue</w:t>
      </w:r>
      <w:r w:rsidR="006E5693" w:rsidRPr="00563D79">
        <w:rPr>
          <w:rFonts w:ascii="Arial" w:hAnsi="Arial" w:cs="Arial"/>
          <w:color w:val="000000" w:themeColor="text1"/>
        </w:rPr>
        <w:t>.</w:t>
      </w:r>
    </w:p>
    <w:p w14:paraId="107681C8" w14:textId="77777777" w:rsidR="00093838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2ABB30F6" w14:textId="1C90DBEE" w:rsidR="00E36C41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____________________________________________</w:t>
      </w:r>
      <w:r w:rsidRPr="00563D79">
        <w:rPr>
          <w:rFonts w:ascii="Arial" w:hAnsi="Arial" w:cs="Arial"/>
          <w:color w:val="000000" w:themeColor="text1"/>
        </w:rPr>
        <w:br/>
      </w:r>
    </w:p>
    <w:p w14:paraId="6A52160C" w14:textId="5B8B928E" w:rsidR="00E36C41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</w:t>
      </w:r>
      <w:r w:rsidRPr="00563D79">
        <w:rPr>
          <w:rFonts w:ascii="Arial" w:hAnsi="Arial" w:cs="Arial"/>
          <w:color w:val="000000" w:themeColor="text1"/>
        </w:rPr>
        <w:t>_______</w:t>
      </w:r>
      <w:r w:rsidR="00E36C41" w:rsidRPr="00563D79">
        <w:rPr>
          <w:rFonts w:ascii="Arial" w:hAnsi="Arial" w:cs="Arial"/>
          <w:color w:val="000000" w:themeColor="text1"/>
        </w:rPr>
        <w:t>__________________</w:t>
      </w:r>
      <w:r w:rsidRPr="00563D79">
        <w:rPr>
          <w:rFonts w:ascii="Arial" w:hAnsi="Arial" w:cs="Arial"/>
          <w:color w:val="000000" w:themeColor="text1"/>
        </w:rPr>
        <w:br/>
      </w:r>
    </w:p>
    <w:p w14:paraId="6A24AB8A" w14:textId="5025CED8" w:rsidR="00E36C41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</w:t>
      </w:r>
      <w:r w:rsidRPr="00563D79">
        <w:rPr>
          <w:rFonts w:ascii="Arial" w:hAnsi="Arial" w:cs="Arial"/>
          <w:color w:val="000000" w:themeColor="text1"/>
        </w:rPr>
        <w:t>_______</w:t>
      </w:r>
      <w:r w:rsidR="00E36C41" w:rsidRPr="00563D79">
        <w:rPr>
          <w:rFonts w:ascii="Arial" w:hAnsi="Arial" w:cs="Arial"/>
          <w:color w:val="000000" w:themeColor="text1"/>
        </w:rPr>
        <w:t>______</w:t>
      </w:r>
      <w:r w:rsidRPr="00563D79">
        <w:rPr>
          <w:rFonts w:ascii="Arial" w:hAnsi="Arial" w:cs="Arial"/>
          <w:color w:val="000000" w:themeColor="text1"/>
        </w:rPr>
        <w:br/>
      </w:r>
    </w:p>
    <w:p w14:paraId="6B4FF1DF" w14:textId="1D970D62" w:rsidR="00B360F4" w:rsidRPr="00563D79" w:rsidRDefault="00093838" w:rsidP="00B360F4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</w:t>
      </w:r>
      <w:r w:rsidRPr="00563D79">
        <w:rPr>
          <w:rFonts w:ascii="Arial" w:hAnsi="Arial" w:cs="Arial"/>
          <w:color w:val="000000" w:themeColor="text1"/>
        </w:rPr>
        <w:t>_______</w:t>
      </w:r>
      <w:r w:rsidR="00E36C41" w:rsidRPr="00563D79">
        <w:rPr>
          <w:rFonts w:ascii="Arial" w:hAnsi="Arial" w:cs="Arial"/>
          <w:color w:val="000000" w:themeColor="text1"/>
        </w:rPr>
        <w:t>___________</w:t>
      </w:r>
      <w:r w:rsidRPr="00563D79">
        <w:rPr>
          <w:rFonts w:ascii="Arial" w:hAnsi="Arial" w:cs="Arial"/>
          <w:color w:val="000000" w:themeColor="text1"/>
        </w:rPr>
        <w:br/>
      </w:r>
    </w:p>
    <w:p w14:paraId="427DAAA8" w14:textId="55E24843" w:rsidR="00B360F4" w:rsidRPr="00563D79" w:rsidRDefault="00B360F4" w:rsidP="00B360F4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_________________________________________________________________________</w:t>
      </w:r>
      <w:r w:rsidR="00093838" w:rsidRPr="00563D79">
        <w:rPr>
          <w:rFonts w:ascii="Arial" w:hAnsi="Arial" w:cs="Arial"/>
          <w:color w:val="000000" w:themeColor="text1"/>
        </w:rPr>
        <w:t>________</w:t>
      </w:r>
      <w:r w:rsidRPr="00563D79">
        <w:rPr>
          <w:rFonts w:ascii="Arial" w:hAnsi="Arial" w:cs="Arial"/>
          <w:color w:val="000000" w:themeColor="text1"/>
        </w:rPr>
        <w:t>________________________</w:t>
      </w:r>
      <w:r w:rsidRPr="00563D79">
        <w:rPr>
          <w:rFonts w:ascii="Arial" w:hAnsi="Arial" w:cs="Arial"/>
          <w:color w:val="000000" w:themeColor="text1"/>
        </w:rPr>
        <w:br/>
      </w:r>
    </w:p>
    <w:p w14:paraId="42917FFA" w14:textId="7EFEB8DC" w:rsidR="00A32D2A" w:rsidRPr="00563D79" w:rsidRDefault="00B360F4" w:rsidP="00B360F4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______________________________________________________________________</w:t>
      </w:r>
      <w:r w:rsidR="00093838" w:rsidRPr="00563D79">
        <w:rPr>
          <w:rFonts w:ascii="Arial" w:hAnsi="Arial" w:cs="Arial"/>
          <w:color w:val="000000" w:themeColor="text1"/>
        </w:rPr>
        <w:t>_______</w:t>
      </w:r>
      <w:r w:rsidRPr="00563D79">
        <w:rPr>
          <w:rFonts w:ascii="Arial" w:hAnsi="Arial" w:cs="Arial"/>
          <w:color w:val="000000" w:themeColor="text1"/>
        </w:rPr>
        <w:t>____________________________</w:t>
      </w:r>
    </w:p>
    <w:p w14:paraId="6A08CF76" w14:textId="3338A8D0" w:rsidR="00B360F4" w:rsidRPr="00563D79" w:rsidRDefault="00B360F4" w:rsidP="00B360F4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br/>
      </w:r>
    </w:p>
    <w:p w14:paraId="71D4A933" w14:textId="06C80E10" w:rsidR="00B76DC0" w:rsidRPr="00563D79" w:rsidRDefault="00093838" w:rsidP="00A32D2A">
      <w:pPr>
        <w:pStyle w:val="Ttulo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Formato </w:t>
      </w:r>
      <w:r w:rsidR="00A32D2A" w:rsidRPr="00563D79">
        <w:rPr>
          <w:rFonts w:ascii="Arial" w:hAnsi="Arial" w:cs="Arial"/>
          <w:color w:val="000000" w:themeColor="text1"/>
        </w:rPr>
        <w:t xml:space="preserve">de </w:t>
      </w:r>
      <w:r w:rsidR="005C3169" w:rsidRPr="00563D79">
        <w:rPr>
          <w:rFonts w:ascii="Arial" w:hAnsi="Arial" w:cs="Arial"/>
          <w:color w:val="000000" w:themeColor="text1"/>
        </w:rPr>
        <w:t>recepción de la información solicitada</w:t>
      </w:r>
      <w:r w:rsidR="00A32D2A" w:rsidRPr="00563D79">
        <w:rPr>
          <w:rFonts w:ascii="Arial" w:hAnsi="Arial" w:cs="Arial"/>
          <w:color w:val="000000" w:themeColor="text1"/>
        </w:rPr>
        <w:t>:</w:t>
      </w:r>
    </w:p>
    <w:p w14:paraId="066BFC79" w14:textId="1B347C21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Seleccion</w:t>
      </w:r>
      <w:r w:rsidR="006E5693" w:rsidRPr="00563D79">
        <w:rPr>
          <w:rFonts w:ascii="Arial" w:hAnsi="Arial" w:cs="Arial"/>
          <w:color w:val="000000" w:themeColor="text1"/>
        </w:rPr>
        <w:t>e</w:t>
      </w:r>
      <w:r w:rsidRPr="00563D79">
        <w:rPr>
          <w:rFonts w:ascii="Arial" w:hAnsi="Arial" w:cs="Arial"/>
          <w:color w:val="000000" w:themeColor="text1"/>
        </w:rPr>
        <w:t xml:space="preserve"> el formato </w:t>
      </w:r>
      <w:r w:rsidR="006E5693" w:rsidRPr="00563D79">
        <w:rPr>
          <w:rFonts w:ascii="Arial" w:hAnsi="Arial" w:cs="Arial"/>
          <w:color w:val="000000" w:themeColor="text1"/>
        </w:rPr>
        <w:t>por el que</w:t>
      </w:r>
      <w:r w:rsidRPr="00563D79">
        <w:rPr>
          <w:rFonts w:ascii="Arial" w:hAnsi="Arial" w:cs="Arial"/>
          <w:color w:val="000000" w:themeColor="text1"/>
        </w:rPr>
        <w:t xml:space="preserve"> </w:t>
      </w:r>
      <w:r w:rsidR="00A32D2A" w:rsidRPr="00563D79">
        <w:rPr>
          <w:rFonts w:ascii="Arial" w:hAnsi="Arial" w:cs="Arial"/>
          <w:color w:val="000000" w:themeColor="text1"/>
        </w:rPr>
        <w:t xml:space="preserve">ingresó la solicitud </w:t>
      </w:r>
      <w:r w:rsidR="006E5693" w:rsidRPr="00563D79">
        <w:rPr>
          <w:rFonts w:ascii="Arial" w:hAnsi="Arial" w:cs="Arial"/>
          <w:color w:val="000000" w:themeColor="text1"/>
        </w:rPr>
        <w:t>a la institución requerida</w:t>
      </w:r>
      <w:r w:rsidRPr="00563D79">
        <w:rPr>
          <w:rFonts w:ascii="Arial" w:hAnsi="Arial" w:cs="Arial"/>
          <w:color w:val="000000" w:themeColor="text1"/>
        </w:rPr>
        <w:t>:</w:t>
      </w:r>
    </w:p>
    <w:p w14:paraId="77C153A5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2E28DB04" w14:textId="109D7383" w:rsidR="006E5693" w:rsidRPr="00563D79" w:rsidRDefault="00B360F4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Formulario web</w:t>
      </w:r>
      <w:r w:rsidR="00093838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proofErr w:type="gramStart"/>
      <w:r w:rsidR="00093838" w:rsidRPr="00563D79">
        <w:rPr>
          <w:rFonts w:ascii="Arial" w:hAnsi="Arial" w:cs="Arial"/>
          <w:i/>
          <w:iCs/>
          <w:color w:val="000000" w:themeColor="text1"/>
        </w:rPr>
        <w:t>(</w:t>
      </w:r>
      <w:r w:rsidR="006E569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="00093838"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  <w:r w:rsidR="00093838" w:rsidRPr="00563D79">
        <w:rPr>
          <w:rFonts w:ascii="Arial" w:hAnsi="Arial" w:cs="Arial"/>
          <w:i/>
          <w:iCs/>
          <w:color w:val="000000" w:themeColor="text1"/>
        </w:rPr>
        <w:tab/>
      </w:r>
    </w:p>
    <w:p w14:paraId="3A376FC6" w14:textId="03652403" w:rsidR="006E5693" w:rsidRPr="00563D79" w:rsidRDefault="00B360F4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Físico</w:t>
      </w:r>
      <w:r w:rsidR="00E36C41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proofErr w:type="gramStart"/>
      <w:r w:rsidR="00E36C41" w:rsidRPr="00563D79">
        <w:rPr>
          <w:rFonts w:ascii="Arial" w:hAnsi="Arial" w:cs="Arial"/>
          <w:i/>
          <w:iCs/>
          <w:color w:val="000000" w:themeColor="text1"/>
        </w:rPr>
        <w:t>(</w:t>
      </w:r>
      <w:r w:rsidR="006E569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="00E36C41"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  <w:r w:rsidR="00E36C41" w:rsidRPr="00563D79">
        <w:rPr>
          <w:rFonts w:ascii="Arial" w:hAnsi="Arial" w:cs="Arial"/>
          <w:i/>
          <w:iCs/>
          <w:color w:val="000000" w:themeColor="text1"/>
        </w:rPr>
        <w:t xml:space="preserve">       </w:t>
      </w:r>
    </w:p>
    <w:p w14:paraId="587C34AF" w14:textId="5A233C23" w:rsidR="00B360F4" w:rsidRPr="00563D79" w:rsidRDefault="00B360F4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Correo electrónico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6E569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</w:p>
    <w:p w14:paraId="4EB2C8CB" w14:textId="42A4CB5F" w:rsidR="00B76DC0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Otro</w:t>
      </w:r>
      <w:r w:rsidR="0025680B" w:rsidRPr="00563D79">
        <w:rPr>
          <w:rFonts w:ascii="Arial" w:hAnsi="Arial" w:cs="Arial"/>
          <w:i/>
          <w:iCs/>
          <w:color w:val="000000" w:themeColor="text1"/>
        </w:rPr>
        <w:t xml:space="preserve">: </w:t>
      </w:r>
      <w:r w:rsidRPr="00563D79">
        <w:rPr>
          <w:rFonts w:ascii="Arial" w:hAnsi="Arial" w:cs="Arial"/>
          <w:i/>
          <w:iCs/>
          <w:color w:val="000000" w:themeColor="text1"/>
        </w:rPr>
        <w:t>_______________________</w:t>
      </w:r>
    </w:p>
    <w:p w14:paraId="3BCDE44B" w14:textId="77777777" w:rsidR="00D50675" w:rsidRPr="00563D79" w:rsidRDefault="00D50675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64BBF533" w14:textId="77777777" w:rsidR="00D50675" w:rsidRPr="00563D79" w:rsidRDefault="00D50675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3D2722C8" w14:textId="6C81B608" w:rsidR="00A13CEE" w:rsidRPr="00563D79" w:rsidRDefault="00A13CEE" w:rsidP="00A13CEE">
      <w:pPr>
        <w:pStyle w:val="Ttulo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Formato de </w:t>
      </w:r>
      <w:r w:rsidR="005C3169" w:rsidRPr="00563D79">
        <w:rPr>
          <w:rFonts w:ascii="Arial" w:hAnsi="Arial" w:cs="Arial"/>
          <w:color w:val="000000" w:themeColor="text1"/>
        </w:rPr>
        <w:t>e</w:t>
      </w:r>
      <w:r w:rsidRPr="00563D79">
        <w:rPr>
          <w:rFonts w:ascii="Arial" w:hAnsi="Arial" w:cs="Arial"/>
          <w:color w:val="000000" w:themeColor="text1"/>
        </w:rPr>
        <w:t>ntrega</w:t>
      </w:r>
      <w:r w:rsidR="005C3169" w:rsidRPr="00563D79">
        <w:rPr>
          <w:rFonts w:ascii="Arial" w:hAnsi="Arial" w:cs="Arial"/>
          <w:color w:val="000000" w:themeColor="text1"/>
        </w:rPr>
        <w:t xml:space="preserve"> de la información</w:t>
      </w:r>
      <w:r w:rsidR="00A32D2A" w:rsidRPr="00563D79">
        <w:rPr>
          <w:rFonts w:ascii="Arial" w:hAnsi="Arial" w:cs="Arial"/>
          <w:color w:val="000000" w:themeColor="text1"/>
        </w:rPr>
        <w:t>:</w:t>
      </w:r>
    </w:p>
    <w:p w14:paraId="216E1C63" w14:textId="49BA934E" w:rsidR="00A13CEE" w:rsidRPr="00563D79" w:rsidRDefault="00A13CEE" w:rsidP="00A13CEE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Seleccion</w:t>
      </w:r>
      <w:r w:rsidR="00CC7F17" w:rsidRPr="00563D79">
        <w:rPr>
          <w:rFonts w:ascii="Arial" w:hAnsi="Arial" w:cs="Arial"/>
          <w:color w:val="000000" w:themeColor="text1"/>
        </w:rPr>
        <w:t>e</w:t>
      </w:r>
      <w:r w:rsidRPr="00563D79">
        <w:rPr>
          <w:rFonts w:ascii="Arial" w:hAnsi="Arial" w:cs="Arial"/>
          <w:color w:val="000000" w:themeColor="text1"/>
        </w:rPr>
        <w:t xml:space="preserve"> el formato en el que desea recibir la información:</w:t>
      </w:r>
    </w:p>
    <w:p w14:paraId="1843D19E" w14:textId="77777777" w:rsidR="00A13CEE" w:rsidRPr="00563D79" w:rsidRDefault="00A13CEE" w:rsidP="00A13CEE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55AB5FD2" w14:textId="77777777" w:rsidR="002C4CCC" w:rsidRPr="00563D79" w:rsidRDefault="002C4CCC" w:rsidP="00A13CEE">
      <w:pPr>
        <w:spacing w:after="0" w:line="240" w:lineRule="auto"/>
        <w:rPr>
          <w:rFonts w:ascii="Arial" w:hAnsi="Arial" w:cs="Arial"/>
          <w:b/>
          <w:bCs/>
          <w:i/>
          <w:iCs/>
          <w:color w:val="000000" w:themeColor="text1"/>
        </w:rPr>
      </w:pPr>
      <w:r w:rsidRPr="00563D79">
        <w:rPr>
          <w:rFonts w:ascii="Arial" w:hAnsi="Arial" w:cs="Arial"/>
          <w:b/>
          <w:bCs/>
          <w:i/>
          <w:iCs/>
          <w:color w:val="000000" w:themeColor="text1"/>
        </w:rPr>
        <w:t>Físico en la institución:</w:t>
      </w:r>
    </w:p>
    <w:p w14:paraId="36C5DDA4" w14:textId="22A226E3" w:rsidR="006F387A" w:rsidRPr="00563D79" w:rsidRDefault="006F387A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Formato físico</w:t>
      </w:r>
      <w:r w:rsidR="00A75361" w:rsidRPr="00563D79">
        <w:rPr>
          <w:rFonts w:ascii="Arial" w:hAnsi="Arial" w:cs="Arial"/>
          <w:i/>
          <w:iCs/>
          <w:color w:val="000000" w:themeColor="text1"/>
        </w:rPr>
        <w:t>:</w:t>
      </w:r>
      <w:r w:rsidR="003034E8" w:rsidRPr="00563D79">
        <w:rPr>
          <w:rFonts w:ascii="Arial" w:hAnsi="Arial" w:cs="Arial"/>
          <w:i/>
          <w:iCs/>
          <w:color w:val="000000" w:themeColor="text1"/>
        </w:rPr>
        <w:t xml:space="preserve"> copia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en papel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</w:p>
    <w:p w14:paraId="2429AD93" w14:textId="19CE83C7" w:rsidR="006F387A" w:rsidRPr="00563D79" w:rsidRDefault="003034E8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lastRenderedPageBreak/>
        <w:t xml:space="preserve">Formato físico: CD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</w:p>
    <w:p w14:paraId="56E7220C" w14:textId="77777777" w:rsidR="00A75361" w:rsidRPr="00563D79" w:rsidRDefault="00A75361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5A858387" w14:textId="690744CB" w:rsidR="00A75361" w:rsidRPr="00563D79" w:rsidRDefault="00A75361" w:rsidP="00A13CEE">
      <w:pPr>
        <w:spacing w:after="0" w:line="240" w:lineRule="auto"/>
        <w:rPr>
          <w:rFonts w:ascii="Arial" w:hAnsi="Arial" w:cs="Arial"/>
          <w:b/>
          <w:bCs/>
          <w:i/>
          <w:iCs/>
          <w:color w:val="000000" w:themeColor="text1"/>
        </w:rPr>
      </w:pPr>
      <w:r w:rsidRPr="00563D79">
        <w:rPr>
          <w:rFonts w:ascii="Arial" w:hAnsi="Arial" w:cs="Arial"/>
          <w:b/>
          <w:bCs/>
          <w:i/>
          <w:iCs/>
          <w:color w:val="000000" w:themeColor="text1"/>
        </w:rPr>
        <w:t>Correo electrónico:</w:t>
      </w:r>
    </w:p>
    <w:p w14:paraId="27E884D1" w14:textId="596EFED2" w:rsidR="003034E8" w:rsidRPr="00563D79" w:rsidRDefault="00FC3D94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Formato electrónico: Excel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 xml:space="preserve">( 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>)</w:t>
      </w:r>
      <w:proofErr w:type="gramEnd"/>
    </w:p>
    <w:p w14:paraId="1E39715C" w14:textId="1232A159" w:rsidR="00FC3D94" w:rsidRPr="00563D79" w:rsidRDefault="00FC3D94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Formato electrónico: PDF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</w:p>
    <w:p w14:paraId="76DCB708" w14:textId="3B648BC1" w:rsidR="00FC3D94" w:rsidRPr="00563D79" w:rsidRDefault="00FC3D94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Formato electrónico: Word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 xml:space="preserve">( 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>)</w:t>
      </w:r>
      <w:proofErr w:type="gramEnd"/>
    </w:p>
    <w:p w14:paraId="16A15A6B" w14:textId="1B523C57" w:rsidR="00FC3D94" w:rsidRPr="00563D79" w:rsidRDefault="00D023C0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Formato electrónico: CSV </w:t>
      </w:r>
      <w:proofErr w:type="gramStart"/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proofErr w:type="gramEnd"/>
    </w:p>
    <w:p w14:paraId="042D50D9" w14:textId="77777777" w:rsidR="00D023C0" w:rsidRPr="00563D79" w:rsidRDefault="00D023C0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68022B8F" w14:textId="77777777" w:rsidR="00CC7F17" w:rsidRPr="00563D79" w:rsidRDefault="00CC7F17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686764DA" w14:textId="77777777" w:rsidR="00CC7F17" w:rsidRPr="00563D79" w:rsidRDefault="00CC7F17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759B6854" w14:textId="77777777" w:rsidR="0001261F" w:rsidRPr="00563D79" w:rsidRDefault="0001261F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25E24E68" w14:textId="06BA761E" w:rsidR="00D50675" w:rsidRPr="00563D79" w:rsidRDefault="00D50675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__________________</w:t>
      </w:r>
      <w:r w:rsidR="00CA61C1" w:rsidRPr="00563D79">
        <w:rPr>
          <w:rFonts w:ascii="Arial" w:hAnsi="Arial" w:cs="Arial"/>
          <w:i/>
          <w:iCs/>
          <w:color w:val="000000" w:themeColor="text1"/>
        </w:rPr>
        <w:t>________________________</w:t>
      </w:r>
      <w:r w:rsidRPr="00563D79">
        <w:rPr>
          <w:rFonts w:ascii="Arial" w:hAnsi="Arial" w:cs="Arial"/>
          <w:i/>
          <w:iCs/>
          <w:color w:val="000000" w:themeColor="text1"/>
        </w:rPr>
        <w:t>_______________</w:t>
      </w:r>
      <w:r w:rsidR="0001261F" w:rsidRPr="00563D79">
        <w:rPr>
          <w:rFonts w:ascii="Arial" w:hAnsi="Arial" w:cs="Arial"/>
          <w:i/>
          <w:iCs/>
          <w:color w:val="000000" w:themeColor="text1"/>
        </w:rPr>
        <w:t>_____</w:t>
      </w:r>
      <w:r w:rsidRPr="00563D79">
        <w:rPr>
          <w:rFonts w:ascii="Arial" w:hAnsi="Arial" w:cs="Arial"/>
          <w:i/>
          <w:iCs/>
          <w:color w:val="000000" w:themeColor="text1"/>
        </w:rPr>
        <w:t>_____</w:t>
      </w:r>
    </w:p>
    <w:p w14:paraId="322DDCC4" w14:textId="647409D1" w:rsidR="00CA61C1" w:rsidRPr="00563D79" w:rsidRDefault="00CA61C1" w:rsidP="00E36C41">
      <w:pPr>
        <w:spacing w:after="0" w:line="240" w:lineRule="auto"/>
        <w:rPr>
          <w:rFonts w:ascii="Arial" w:hAnsi="Arial" w:cs="Arial"/>
          <w:b/>
          <w:bCs/>
          <w:i/>
          <w:iCs/>
          <w:color w:val="000000" w:themeColor="text1"/>
        </w:rPr>
      </w:pPr>
      <w:r w:rsidRPr="00563D79">
        <w:rPr>
          <w:rFonts w:ascii="Arial" w:hAnsi="Arial" w:cs="Arial"/>
          <w:b/>
          <w:bCs/>
          <w:i/>
          <w:iCs/>
          <w:color w:val="000000" w:themeColor="text1"/>
        </w:rPr>
        <w:t>Firma de la persona solicitante de información pública</w:t>
      </w:r>
    </w:p>
    <w:p w14:paraId="18F3345A" w14:textId="77777777" w:rsidR="00333D10" w:rsidRDefault="00333D10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  <w:sz w:val="16"/>
          <w:szCs w:val="16"/>
        </w:rPr>
      </w:pPr>
    </w:p>
    <w:p w14:paraId="1D80447F" w14:textId="77777777" w:rsidR="00BF1610" w:rsidRDefault="00BF1610" w:rsidP="00BF1610">
      <w:pPr>
        <w:spacing w:after="0" w:line="240" w:lineRule="auto"/>
        <w:rPr>
          <w:rFonts w:ascii="Arial" w:hAnsi="Arial" w:cs="Arial"/>
          <w:i/>
          <w:iCs/>
          <w:color w:val="000000" w:themeColor="text1"/>
          <w:sz w:val="16"/>
          <w:szCs w:val="16"/>
        </w:rPr>
      </w:pPr>
    </w:p>
    <w:p w14:paraId="0D1EC86E" w14:textId="076DE1E8" w:rsidR="00BF1610" w:rsidRPr="00BF1610" w:rsidRDefault="00BF1610" w:rsidP="00BF1610">
      <w:pPr>
        <w:spacing w:after="0" w:line="240" w:lineRule="auto"/>
        <w:rPr>
          <w:rFonts w:ascii="Arial" w:hAnsi="Arial" w:cs="Arial"/>
          <w:b/>
          <w:bCs/>
          <w:i/>
          <w:iCs/>
          <w:color w:val="000000" w:themeColor="text1"/>
          <w:sz w:val="16"/>
          <w:szCs w:val="16"/>
        </w:rPr>
      </w:pPr>
      <w:r w:rsidRPr="00BF1610">
        <w:rPr>
          <w:rFonts w:ascii="Arial" w:hAnsi="Arial" w:cs="Arial"/>
          <w:i/>
          <w:iCs/>
          <w:color w:val="000000" w:themeColor="text1"/>
          <w:sz w:val="16"/>
          <w:szCs w:val="16"/>
        </w:rPr>
        <w:t>“</w:t>
      </w:r>
      <w:r w:rsidRPr="00BF1610">
        <w:rPr>
          <w:rFonts w:ascii="Arial" w:hAnsi="Arial" w:cs="Arial"/>
          <w:b/>
          <w:bCs/>
          <w:i/>
          <w:iCs/>
          <w:color w:val="000000" w:themeColor="text1"/>
          <w:sz w:val="16"/>
          <w:szCs w:val="16"/>
        </w:rPr>
        <w:t>Aviso de Protección de Datos</w:t>
      </w:r>
    </w:p>
    <w:p w14:paraId="4354CFD2" w14:textId="4B7EF72D" w:rsidR="00BF1610" w:rsidRPr="00563D79" w:rsidRDefault="00BF1610" w:rsidP="00BF1610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16"/>
          <w:szCs w:val="16"/>
        </w:rPr>
      </w:pPr>
      <w:r w:rsidRPr="00BF1610">
        <w:rPr>
          <w:rFonts w:ascii="Arial" w:hAnsi="Arial" w:cs="Arial"/>
          <w:i/>
          <w:iCs/>
          <w:color w:val="000000" w:themeColor="text1"/>
          <w:sz w:val="16"/>
          <w:szCs w:val="16"/>
        </w:rPr>
        <w:t xml:space="preserve">La Corporación Nacional de Finanzas Populares y Solidarias (CONAFIPS) informa que los datos personales proporcionados serán usados únicamente para fines administrativos y de gestión, conforme a la Ley Orgánica de Protección de Datos Personales, y se conservarán solo el tiempo necesario. Para más información </w:t>
      </w:r>
      <w:r w:rsidR="007624A5">
        <w:rPr>
          <w:rFonts w:ascii="Arial" w:hAnsi="Arial" w:cs="Arial"/>
          <w:i/>
          <w:iCs/>
          <w:color w:val="000000" w:themeColor="text1"/>
          <w:sz w:val="16"/>
          <w:szCs w:val="16"/>
        </w:rPr>
        <w:t xml:space="preserve">o </w:t>
      </w:r>
      <w:r w:rsidR="007624A5" w:rsidRPr="00B03F52">
        <w:rPr>
          <w:rFonts w:ascii="Arial" w:hAnsi="Arial" w:cs="Arial"/>
          <w:i/>
          <w:iCs/>
          <w:color w:val="000000" w:themeColor="text1"/>
          <w:sz w:val="16"/>
          <w:szCs w:val="16"/>
        </w:rPr>
        <w:t>ejercicio de los derechos contemplados en la normativa mencionada</w:t>
      </w:r>
      <w:r w:rsidR="007624A5">
        <w:rPr>
          <w:rFonts w:ascii="Arial" w:hAnsi="Arial" w:cs="Arial"/>
          <w:i/>
          <w:iCs/>
          <w:color w:val="000000" w:themeColor="text1"/>
          <w:sz w:val="16"/>
          <w:szCs w:val="16"/>
        </w:rPr>
        <w:t xml:space="preserve">, </w:t>
      </w:r>
      <w:r w:rsidRPr="00BF1610">
        <w:rPr>
          <w:rFonts w:ascii="Arial" w:hAnsi="Arial" w:cs="Arial"/>
          <w:i/>
          <w:iCs/>
          <w:color w:val="000000" w:themeColor="text1"/>
          <w:sz w:val="16"/>
          <w:szCs w:val="16"/>
        </w:rPr>
        <w:t xml:space="preserve">comunicarse al correo electrónico: </w:t>
      </w:r>
      <w:hyperlink r:id="rId8" w:history="1">
        <w:r w:rsidRPr="00B56356">
          <w:rPr>
            <w:rStyle w:val="Hipervnculo"/>
            <w:rFonts w:ascii="Arial" w:hAnsi="Arial" w:cs="Arial"/>
            <w:i/>
            <w:iCs/>
            <w:sz w:val="16"/>
            <w:szCs w:val="16"/>
          </w:rPr>
          <w:t>proteccion.datos@finanzaspopulares.gob.ec</w:t>
        </w:r>
      </w:hyperlink>
      <w:r w:rsidRPr="00BF1610">
        <w:rPr>
          <w:rFonts w:ascii="Arial" w:hAnsi="Arial" w:cs="Arial"/>
          <w:i/>
          <w:iCs/>
          <w:color w:val="000000" w:themeColor="text1"/>
          <w:sz w:val="16"/>
          <w:szCs w:val="16"/>
        </w:rPr>
        <w:t>.”</w:t>
      </w:r>
    </w:p>
    <w:p w14:paraId="64F16DB4" w14:textId="77777777" w:rsidR="0001261F" w:rsidRDefault="0001261F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  <w:sz w:val="16"/>
          <w:szCs w:val="16"/>
        </w:rPr>
      </w:pPr>
    </w:p>
    <w:p w14:paraId="4985A31C" w14:textId="77777777" w:rsidR="0001261F" w:rsidRPr="00563D79" w:rsidRDefault="0001261F" w:rsidP="00333D10">
      <w:pPr>
        <w:spacing w:after="0" w:line="240" w:lineRule="auto"/>
        <w:jc w:val="right"/>
        <w:rPr>
          <w:rFonts w:ascii="Arial" w:hAnsi="Arial" w:cs="Arial"/>
          <w:b/>
          <w:bCs/>
          <w:i/>
          <w:iCs/>
          <w:color w:val="000000" w:themeColor="text1"/>
          <w:sz w:val="18"/>
          <w:szCs w:val="18"/>
        </w:rPr>
      </w:pPr>
    </w:p>
    <w:p w14:paraId="28CFA60F" w14:textId="19255DA1" w:rsidR="00333D10" w:rsidRPr="00563D79" w:rsidRDefault="00333D10" w:rsidP="00333D10">
      <w:pPr>
        <w:spacing w:after="0" w:line="240" w:lineRule="auto"/>
        <w:jc w:val="right"/>
        <w:rPr>
          <w:rFonts w:ascii="Arial" w:hAnsi="Arial" w:cs="Arial"/>
          <w:b/>
          <w:bCs/>
          <w:i/>
          <w:iCs/>
          <w:color w:val="000000" w:themeColor="text1"/>
          <w:sz w:val="18"/>
          <w:szCs w:val="18"/>
        </w:rPr>
      </w:pPr>
      <w:r w:rsidRPr="00563D79">
        <w:rPr>
          <w:rFonts w:ascii="Arial" w:hAnsi="Arial" w:cs="Arial"/>
          <w:b/>
          <w:bCs/>
          <w:i/>
          <w:iCs/>
          <w:color w:val="000000" w:themeColor="text1"/>
          <w:sz w:val="18"/>
          <w:szCs w:val="18"/>
        </w:rPr>
        <w:t>Defensoría del Pueblo de Ecuador (DPE)</w:t>
      </w:r>
    </w:p>
    <w:p w14:paraId="2D1789AF" w14:textId="662E15EC" w:rsidR="00333D10" w:rsidRPr="00563D79" w:rsidRDefault="00333D10" w:rsidP="00333D10">
      <w:pPr>
        <w:spacing w:after="0" w:line="240" w:lineRule="auto"/>
        <w:jc w:val="right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 w:rsidRPr="00563D79">
        <w:rPr>
          <w:rFonts w:ascii="Arial" w:hAnsi="Arial" w:cs="Arial"/>
          <w:i/>
          <w:iCs/>
          <w:color w:val="000000" w:themeColor="text1"/>
          <w:sz w:val="18"/>
          <w:szCs w:val="18"/>
        </w:rPr>
        <w:t>Coordinación General de Transparencia y Acceso a la Información Pública</w:t>
      </w:r>
    </w:p>
    <w:p w14:paraId="0FB1035E" w14:textId="51A8B30D" w:rsidR="00333D10" w:rsidRPr="00563D79" w:rsidRDefault="00333D10" w:rsidP="00333D10">
      <w:pPr>
        <w:spacing w:after="0" w:line="240" w:lineRule="auto"/>
        <w:jc w:val="right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 w:rsidRPr="00563D79">
        <w:rPr>
          <w:rFonts w:ascii="Arial" w:hAnsi="Arial" w:cs="Arial"/>
          <w:i/>
          <w:iCs/>
          <w:color w:val="000000" w:themeColor="text1"/>
          <w:sz w:val="18"/>
          <w:szCs w:val="18"/>
        </w:rPr>
        <w:t>Dirección Nacional de Promoción y Garantía del Acceso a la Información Pública</w:t>
      </w:r>
    </w:p>
    <w:p w14:paraId="56FEBD26" w14:textId="184A994B" w:rsidR="00333D10" w:rsidRPr="00563D79" w:rsidRDefault="00333D10" w:rsidP="00333D10">
      <w:pPr>
        <w:spacing w:after="0" w:line="240" w:lineRule="auto"/>
        <w:jc w:val="right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 w:rsidRPr="00563D79">
        <w:rPr>
          <w:rFonts w:ascii="Arial" w:hAnsi="Arial" w:cs="Arial"/>
          <w:i/>
          <w:iCs/>
          <w:color w:val="000000" w:themeColor="text1"/>
          <w:sz w:val="18"/>
          <w:szCs w:val="18"/>
        </w:rPr>
        <w:t>Dirección Nacional de Promoción y Monitoreo de la Transparencia Activa</w:t>
      </w:r>
    </w:p>
    <w:p w14:paraId="50409681" w14:textId="7E820CB8" w:rsidR="00333D10" w:rsidRPr="00563D79" w:rsidRDefault="0090306B" w:rsidP="00333D10">
      <w:pPr>
        <w:spacing w:after="0" w:line="240" w:lineRule="auto"/>
        <w:jc w:val="right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 w:rsidRPr="00563D79">
        <w:rPr>
          <w:rFonts w:ascii="Arial" w:hAnsi="Arial" w:cs="Arial"/>
          <w:i/>
          <w:iCs/>
          <w:color w:val="000000" w:themeColor="text1"/>
          <w:sz w:val="18"/>
          <w:szCs w:val="18"/>
        </w:rPr>
        <w:t>Noviembre, 2024</w:t>
      </w:r>
    </w:p>
    <w:sectPr w:rsidR="00333D10" w:rsidRPr="00563D79" w:rsidSect="00563D79">
      <w:headerReference w:type="default" r:id="rId9"/>
      <w:footerReference w:type="default" r:id="rId10"/>
      <w:pgSz w:w="11900" w:h="16840"/>
      <w:pgMar w:top="2476" w:right="1800" w:bottom="261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69F54" w14:textId="77777777" w:rsidR="00290BEE" w:rsidRPr="00B95B12" w:rsidRDefault="00290BEE" w:rsidP="00CA61C1">
      <w:pPr>
        <w:spacing w:after="0" w:line="240" w:lineRule="auto"/>
      </w:pPr>
      <w:r w:rsidRPr="00B95B12">
        <w:separator/>
      </w:r>
    </w:p>
  </w:endnote>
  <w:endnote w:type="continuationSeparator" w:id="0">
    <w:p w14:paraId="23448292" w14:textId="77777777" w:rsidR="00290BEE" w:rsidRPr="00B95B12" w:rsidRDefault="00290BEE" w:rsidP="00CA61C1">
      <w:pPr>
        <w:spacing w:after="0" w:line="240" w:lineRule="auto"/>
      </w:pPr>
      <w:r w:rsidRPr="00B95B12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8CF96" w14:textId="1B332081" w:rsidR="00563D79" w:rsidRDefault="00563D79">
    <w:pPr>
      <w:pStyle w:val="Piedepgin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7AEC9A84" wp14:editId="0790A947">
          <wp:simplePos x="0" y="0"/>
          <wp:positionH relativeFrom="column">
            <wp:posOffset>-1184759</wp:posOffset>
          </wp:positionH>
          <wp:positionV relativeFrom="paragraph">
            <wp:posOffset>-1305627</wp:posOffset>
          </wp:positionV>
          <wp:extent cx="7583805" cy="1942194"/>
          <wp:effectExtent l="0" t="0" r="0" b="1270"/>
          <wp:wrapNone/>
          <wp:docPr id="19765617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656176" name="Picture 197656176"/>
                  <pic:cNvPicPr/>
                </pic:nvPicPr>
                <pic:blipFill rotWithShape="1"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3805" cy="1942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3DD4D1" w14:textId="77777777" w:rsidR="00290BEE" w:rsidRPr="00B95B12" w:rsidRDefault="00290BEE" w:rsidP="00CA61C1">
      <w:pPr>
        <w:spacing w:after="0" w:line="240" w:lineRule="auto"/>
      </w:pPr>
      <w:r w:rsidRPr="00B95B12">
        <w:separator/>
      </w:r>
    </w:p>
  </w:footnote>
  <w:footnote w:type="continuationSeparator" w:id="0">
    <w:p w14:paraId="255E8D8F" w14:textId="77777777" w:rsidR="00290BEE" w:rsidRPr="00B95B12" w:rsidRDefault="00290BEE" w:rsidP="00CA61C1">
      <w:pPr>
        <w:spacing w:after="0" w:line="240" w:lineRule="auto"/>
      </w:pPr>
      <w:r w:rsidRPr="00B95B12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3DB9E" w14:textId="14B5BD7D" w:rsidR="00CA61C1" w:rsidRPr="00B95B12" w:rsidRDefault="00563D79" w:rsidP="00CA61C1">
    <w:pPr>
      <w:pStyle w:val="Encabezado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3B49CAD" wp14:editId="0A968866">
          <wp:simplePos x="0" y="0"/>
          <wp:positionH relativeFrom="column">
            <wp:posOffset>-1186775</wp:posOffset>
          </wp:positionH>
          <wp:positionV relativeFrom="paragraph">
            <wp:posOffset>-457200</wp:posOffset>
          </wp:positionV>
          <wp:extent cx="7583872" cy="1328216"/>
          <wp:effectExtent l="0" t="0" r="0" b="5715"/>
          <wp:wrapNone/>
          <wp:docPr id="1702881430" name="Imagen 1" descr="A white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881430" name="Imagen 1" descr="A white background with blue lines&#10;&#10;AI-generated content may be incorrect."/>
                  <pic:cNvPicPr/>
                </pic:nvPicPr>
                <pic:blipFill rotWithShape="1"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3872" cy="132821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47363937">
    <w:abstractNumId w:val="8"/>
  </w:num>
  <w:num w:numId="2" w16cid:durableId="282880774">
    <w:abstractNumId w:val="6"/>
  </w:num>
  <w:num w:numId="3" w16cid:durableId="1147475182">
    <w:abstractNumId w:val="5"/>
  </w:num>
  <w:num w:numId="4" w16cid:durableId="2096971357">
    <w:abstractNumId w:val="4"/>
  </w:num>
  <w:num w:numId="5" w16cid:durableId="283655587">
    <w:abstractNumId w:val="7"/>
  </w:num>
  <w:num w:numId="6" w16cid:durableId="1160467454">
    <w:abstractNumId w:val="3"/>
  </w:num>
  <w:num w:numId="7" w16cid:durableId="582883864">
    <w:abstractNumId w:val="2"/>
  </w:num>
  <w:num w:numId="8" w16cid:durableId="947348168">
    <w:abstractNumId w:val="1"/>
  </w:num>
  <w:num w:numId="9" w16cid:durableId="821502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261F"/>
    <w:rsid w:val="00034616"/>
    <w:rsid w:val="0006063C"/>
    <w:rsid w:val="00093838"/>
    <w:rsid w:val="0015074B"/>
    <w:rsid w:val="00193351"/>
    <w:rsid w:val="00196F0F"/>
    <w:rsid w:val="00202A29"/>
    <w:rsid w:val="0025680B"/>
    <w:rsid w:val="00290BEE"/>
    <w:rsid w:val="0029639D"/>
    <w:rsid w:val="002C4CCC"/>
    <w:rsid w:val="002E0681"/>
    <w:rsid w:val="003034E8"/>
    <w:rsid w:val="00326F90"/>
    <w:rsid w:val="00333D10"/>
    <w:rsid w:val="003C3F15"/>
    <w:rsid w:val="003D2ACD"/>
    <w:rsid w:val="003F3EB4"/>
    <w:rsid w:val="00413ED9"/>
    <w:rsid w:val="00425FF3"/>
    <w:rsid w:val="004723F0"/>
    <w:rsid w:val="004A0F3B"/>
    <w:rsid w:val="004A4D2A"/>
    <w:rsid w:val="00563D79"/>
    <w:rsid w:val="00581FCA"/>
    <w:rsid w:val="005C3169"/>
    <w:rsid w:val="00620EDB"/>
    <w:rsid w:val="006E5693"/>
    <w:rsid w:val="006F387A"/>
    <w:rsid w:val="00732ECF"/>
    <w:rsid w:val="007624A5"/>
    <w:rsid w:val="008015D7"/>
    <w:rsid w:val="00877D49"/>
    <w:rsid w:val="008D653A"/>
    <w:rsid w:val="0090306B"/>
    <w:rsid w:val="00987D30"/>
    <w:rsid w:val="00A13CEE"/>
    <w:rsid w:val="00A32D2A"/>
    <w:rsid w:val="00A75361"/>
    <w:rsid w:val="00AA1D8D"/>
    <w:rsid w:val="00AA2044"/>
    <w:rsid w:val="00B0044E"/>
    <w:rsid w:val="00B03F52"/>
    <w:rsid w:val="00B360F4"/>
    <w:rsid w:val="00B47730"/>
    <w:rsid w:val="00B76DC0"/>
    <w:rsid w:val="00B95B12"/>
    <w:rsid w:val="00BF1610"/>
    <w:rsid w:val="00C33D24"/>
    <w:rsid w:val="00CA61C1"/>
    <w:rsid w:val="00CB0664"/>
    <w:rsid w:val="00CB4ABC"/>
    <w:rsid w:val="00CC7F17"/>
    <w:rsid w:val="00D023C0"/>
    <w:rsid w:val="00D50675"/>
    <w:rsid w:val="00DC176D"/>
    <w:rsid w:val="00DC21B9"/>
    <w:rsid w:val="00DD7844"/>
    <w:rsid w:val="00E36C41"/>
    <w:rsid w:val="00E70777"/>
    <w:rsid w:val="00F6473B"/>
    <w:rsid w:val="00FC3D94"/>
    <w:rsid w:val="00FC626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8E3252"/>
  <w14:defaultImageDpi w14:val="300"/>
  <w15:docId w15:val="{9EDA1061-B241-4700-9B02-40679FC1C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lang w:val="es-EC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BF161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F16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eccion.datos@finanzaspopulares.gob.e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539</Words>
  <Characters>2966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JADIRA PILACUAN</cp:lastModifiedBy>
  <cp:revision>2</cp:revision>
  <dcterms:created xsi:type="dcterms:W3CDTF">2026-04-09T14:50:00Z</dcterms:created>
  <dcterms:modified xsi:type="dcterms:W3CDTF">2026-04-09T14:50:00Z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5cff160f-ef97-4b99-86bf-afadcb6ce132</vt:lpwstr>
  </property>
</Properties>
</file>